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2DDC1AD9" w:rsidP="7D8F49DB" w:rsidRDefault="2DDC1AD9" w14:paraId="593BBABF" w14:textId="2D0AFD99">
      <w:pPr>
        <w:pStyle w:val="Normal"/>
      </w:pPr>
      <w:r w:rsidRPr="3D696D5E" w:rsidR="2DDC1AD9">
        <w:rPr>
          <w:noProof w:val="0"/>
          <w:sz w:val="22"/>
          <w:szCs w:val="22"/>
          <w:lang w:val="en-US"/>
        </w:rPr>
        <w:t>SWINLEY BIKE HUB LIMITED</w:t>
      </w:r>
    </w:p>
    <w:p w:rsidR="2DDC1AD9" w:rsidP="7D8F49DB" w:rsidRDefault="2DDC1AD9" w14:paraId="1AEEEB38" w14:textId="32D08683">
      <w:pPr>
        <w:pStyle w:val="Normal"/>
        <w:rPr>
          <w:noProof w:val="0"/>
          <w:sz w:val="22"/>
          <w:szCs w:val="22"/>
          <w:lang w:val="en-US"/>
        </w:rPr>
      </w:pPr>
      <w:r w:rsidRPr="3D696D5E" w:rsidR="2DDC1AD9">
        <w:rPr>
          <w:noProof w:val="0"/>
          <w:sz w:val="22"/>
          <w:szCs w:val="22"/>
          <w:lang w:val="en-US"/>
        </w:rPr>
        <w:t>STAFF TRAINING</w:t>
      </w:r>
    </w:p>
    <w:p w:rsidR="2DDC1AD9" w:rsidP="7D8F49DB" w:rsidRDefault="2DDC1AD9" w14:paraId="0D003629" w14:textId="005C7BE7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D696D5E" w:rsidR="2DDC1AD9">
        <w:rPr>
          <w:noProof w:val="0"/>
          <w:sz w:val="22"/>
          <w:szCs w:val="22"/>
          <w:lang w:val="en-US"/>
        </w:rPr>
        <w:t>This guide explains the key standards and procedures for working at Swinley Bike Hub. Read it during induction and use it as a reference during shifts. Customer service and safety are the priorities. If you are unsure,</w:t>
      </w:r>
      <w:r w:rsidRPr="3D696D5E" w:rsidR="2DDC1AD9">
        <w:rPr>
          <w:noProof w:val="0"/>
          <w:sz w:val="22"/>
          <w:szCs w:val="22"/>
          <w:lang w:val="en-US"/>
        </w:rPr>
        <w:t xml:space="preserve"> ask the Lead or Manager before continuing.</w:t>
      </w:r>
    </w:p>
    <w:p w:rsidR="7D8F49DB" w:rsidP="7D8F49DB" w:rsidRDefault="7D8F49DB" w14:paraId="113F015B" w14:textId="7D7EBFAE">
      <w:pPr>
        <w:pStyle w:val="Normal"/>
        <w:rPr>
          <w:sz w:val="22"/>
          <w:szCs w:val="22"/>
        </w:rPr>
      </w:pPr>
    </w:p>
    <w:p w:rsidR="2DDC1AD9" w:rsidP="7D8F49DB" w:rsidRDefault="2DDC1AD9" w14:paraId="77D69BC3" w14:textId="2C43E8A9">
      <w:pPr>
        <w:pStyle w:val="Normal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1. ROLE, CONDUCT &amp; SHIFTS</w:t>
      </w:r>
    </w:p>
    <w:p w:rsidR="2DDC1AD9" w:rsidP="7D8F49DB" w:rsidRDefault="2DDC1AD9" w14:paraId="56C5F2F4" w14:textId="068C576E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b w:val="1"/>
          <w:bCs w:val="1"/>
          <w:noProof w:val="0"/>
          <w:sz w:val="22"/>
          <w:szCs w:val="22"/>
          <w:lang w:val="en-US"/>
        </w:rPr>
        <w:t>Bank staff</w:t>
      </w:r>
      <w:r w:rsidRPr="7D8F49DB" w:rsidR="2DDC1AD9">
        <w:rPr>
          <w:noProof w:val="0"/>
          <w:sz w:val="22"/>
          <w:szCs w:val="22"/>
          <w:lang w:val="en-US"/>
        </w:rPr>
        <w:t>:</w:t>
      </w:r>
      <w:r w:rsidRPr="7D8F49DB" w:rsidR="2DDC1AD9">
        <w:rPr>
          <w:noProof w:val="0"/>
          <w:sz w:val="22"/>
          <w:szCs w:val="22"/>
          <w:lang w:val="en-US"/>
        </w:rPr>
        <w:t xml:space="preserve"> Accept available shifts through RotaCloud. Once a shift is accepted, you are expected to attend unless alternative arrangements have been agreed.</w:t>
      </w:r>
    </w:p>
    <w:p w:rsidR="2DDC1AD9" w:rsidP="7D8F49DB" w:rsidRDefault="2DDC1AD9" w14:paraId="2966B1E7" w14:textId="73694AE7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b w:val="1"/>
          <w:bCs w:val="1"/>
          <w:noProof w:val="0"/>
          <w:sz w:val="22"/>
          <w:szCs w:val="22"/>
          <w:lang w:val="en-US"/>
        </w:rPr>
        <w:t>Crew staff</w:t>
      </w:r>
      <w:r w:rsidRPr="7D8F49DB" w:rsidR="2DDC1AD9">
        <w:rPr>
          <w:noProof w:val="0"/>
          <w:sz w:val="22"/>
          <w:szCs w:val="22"/>
          <w:lang w:val="en-US"/>
        </w:rPr>
        <w:t>:</w:t>
      </w:r>
      <w:r w:rsidRPr="7D8F49DB" w:rsidR="2DDC1AD9">
        <w:rPr>
          <w:noProof w:val="0"/>
          <w:sz w:val="22"/>
          <w:szCs w:val="22"/>
          <w:lang w:val="en-US"/>
        </w:rPr>
        <w:t xml:space="preserve"> Work the regular shifts agreed with management and support all routine customer, bike and site duties.</w:t>
      </w:r>
    </w:p>
    <w:p w:rsidR="2DDC1AD9" w:rsidP="7D8F49DB" w:rsidRDefault="2DDC1AD9" w14:paraId="6056F8E8" w14:textId="1EBCA3BC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b w:val="1"/>
          <w:bCs w:val="1"/>
          <w:noProof w:val="0"/>
          <w:sz w:val="22"/>
          <w:szCs w:val="22"/>
          <w:lang w:val="en-US"/>
        </w:rPr>
        <w:t>Lead staff</w:t>
      </w:r>
      <w:r w:rsidRPr="7D8F49DB" w:rsidR="2DDC1AD9">
        <w:rPr>
          <w:noProof w:val="0"/>
          <w:sz w:val="22"/>
          <w:szCs w:val="22"/>
          <w:lang w:val="en-US"/>
        </w:rPr>
        <w:t>:</w:t>
      </w:r>
      <w:r w:rsidRPr="7D8F49DB" w:rsidR="2DDC1AD9">
        <w:rPr>
          <w:noProof w:val="0"/>
          <w:sz w:val="22"/>
          <w:szCs w:val="22"/>
          <w:lang w:val="en-US"/>
        </w:rPr>
        <w:t xml:space="preserve"> Coordinate the shift, allocate positions and breaks, keep the hire operation moving and deal with escalated customer or safety issues.</w:t>
      </w:r>
    </w:p>
    <w:p w:rsidR="2DDC1AD9" w:rsidP="7D8F49DB" w:rsidRDefault="2DDC1AD9" w14:paraId="7ED1C57C" w14:textId="66528074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 xml:space="preserve">The normal shift is </w:t>
      </w:r>
      <w:r w:rsidRPr="7D8F49DB" w:rsidR="2DDC1AD9">
        <w:rPr>
          <w:noProof w:val="0"/>
          <w:sz w:val="22"/>
          <w:szCs w:val="22"/>
          <w:lang w:val="en-US"/>
        </w:rPr>
        <w:t>08:45–18:00</w:t>
      </w:r>
      <w:r w:rsidRPr="7D8F49DB" w:rsidR="2DDC1AD9">
        <w:rPr>
          <w:noProof w:val="0"/>
          <w:sz w:val="22"/>
          <w:szCs w:val="22"/>
          <w:lang w:val="en-US"/>
        </w:rPr>
        <w:t xml:space="preserve">, unless arranged otherwise. </w:t>
      </w:r>
      <w:bookmarkStart w:name="_Int_gT5vOAkr" w:id="513731975"/>
      <w:r w:rsidRPr="7D8F49DB" w:rsidR="2DDC1AD9">
        <w:rPr>
          <w:noProof w:val="0"/>
          <w:sz w:val="22"/>
          <w:szCs w:val="22"/>
          <w:lang w:val="en-US"/>
        </w:rPr>
        <w:t>Arrive in</w:t>
      </w:r>
      <w:bookmarkEnd w:id="513731975"/>
      <w:r w:rsidRPr="7D8F49DB" w:rsidR="2DDC1AD9">
        <w:rPr>
          <w:noProof w:val="0"/>
          <w:sz w:val="22"/>
          <w:szCs w:val="22"/>
          <w:lang w:val="en-US"/>
        </w:rPr>
        <w:t xml:space="preserve"> enough time to be ready to work at the start of the shift.</w:t>
      </w:r>
    </w:p>
    <w:p w:rsidR="2DDC1AD9" w:rsidP="7D8F49DB" w:rsidRDefault="2DDC1AD9" w14:paraId="3284F46F" w14:textId="6F044924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Take breaks when directed and return to your position on time. Tell the Lead before leaving your work area.</w:t>
      </w:r>
    </w:p>
    <w:p w:rsidR="2DDC1AD9" w:rsidP="7D8F49DB" w:rsidRDefault="2DDC1AD9" w14:paraId="7A91C066" w14:textId="69A5892F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D696D5E" w:rsidR="2DDC1AD9">
        <w:rPr>
          <w:noProof w:val="0"/>
          <w:sz w:val="22"/>
          <w:szCs w:val="22"/>
          <w:lang w:val="en-US"/>
        </w:rPr>
        <w:t xml:space="preserve">Be </w:t>
      </w:r>
      <w:r w:rsidRPr="3D696D5E" w:rsidR="7985A25D">
        <w:rPr>
          <w:b w:val="1"/>
          <w:bCs w:val="1"/>
          <w:noProof w:val="0"/>
          <w:sz w:val="22"/>
          <w:szCs w:val="22"/>
          <w:lang w:val="en-US"/>
        </w:rPr>
        <w:t xml:space="preserve">proactive, </w:t>
      </w:r>
      <w:r w:rsidRPr="3D696D5E" w:rsidR="2DDC1AD9">
        <w:rPr>
          <w:b w:val="1"/>
          <w:bCs w:val="1"/>
          <w:noProof w:val="0"/>
          <w:sz w:val="22"/>
          <w:szCs w:val="22"/>
          <w:lang w:val="en-US"/>
        </w:rPr>
        <w:t>p</w:t>
      </w:r>
      <w:r w:rsidRPr="3D696D5E" w:rsidR="64DA3903">
        <w:rPr>
          <w:b w:val="1"/>
          <w:bCs w:val="1"/>
          <w:noProof w:val="0"/>
          <w:sz w:val="22"/>
          <w:szCs w:val="22"/>
          <w:lang w:val="en-US"/>
        </w:rPr>
        <w:t>olite</w:t>
      </w:r>
      <w:r w:rsidRPr="3D696D5E" w:rsidR="2DDC1AD9">
        <w:rPr>
          <w:b w:val="1"/>
          <w:bCs w:val="1"/>
          <w:noProof w:val="0"/>
          <w:sz w:val="22"/>
          <w:szCs w:val="22"/>
          <w:lang w:val="en-US"/>
        </w:rPr>
        <w:t xml:space="preserve">, </w:t>
      </w:r>
      <w:r w:rsidRPr="3D696D5E" w:rsidR="2DDC1AD9">
        <w:rPr>
          <w:b w:val="1"/>
          <w:bCs w:val="1"/>
          <w:noProof w:val="0"/>
          <w:sz w:val="22"/>
          <w:szCs w:val="22"/>
          <w:lang w:val="en-US"/>
        </w:rPr>
        <w:t>and helpful.</w:t>
      </w:r>
      <w:r w:rsidRPr="3D696D5E" w:rsidR="2DDC1AD9">
        <w:rPr>
          <w:noProof w:val="0"/>
          <w:sz w:val="22"/>
          <w:szCs w:val="22"/>
          <w:lang w:val="en-US"/>
        </w:rPr>
        <w:t xml:space="preserve"> Wear suitable </w:t>
      </w:r>
      <w:r w:rsidRPr="3D696D5E" w:rsidR="4B18E4E7">
        <w:rPr>
          <w:noProof w:val="0"/>
          <w:sz w:val="22"/>
          <w:szCs w:val="22"/>
          <w:lang w:val="en-US"/>
        </w:rPr>
        <w:t xml:space="preserve">branded </w:t>
      </w:r>
      <w:r w:rsidRPr="3D696D5E" w:rsidR="2DDC1AD9">
        <w:rPr>
          <w:noProof w:val="0"/>
          <w:sz w:val="22"/>
          <w:szCs w:val="22"/>
          <w:lang w:val="en-US"/>
        </w:rPr>
        <w:t xml:space="preserve">Swinley Bike Hub clothing and keep the hire area, shop, </w:t>
      </w:r>
      <w:r w:rsidRPr="3D696D5E" w:rsidR="2DDC1AD9">
        <w:rPr>
          <w:noProof w:val="0"/>
          <w:sz w:val="22"/>
          <w:szCs w:val="22"/>
          <w:lang w:val="en-US"/>
        </w:rPr>
        <w:t>workshop</w:t>
      </w:r>
      <w:r w:rsidRPr="3D696D5E" w:rsidR="2DDC1AD9">
        <w:rPr>
          <w:noProof w:val="0"/>
          <w:sz w:val="22"/>
          <w:szCs w:val="22"/>
          <w:lang w:val="en-US"/>
        </w:rPr>
        <w:t xml:space="preserve"> and storage areas tidy.</w:t>
      </w:r>
    </w:p>
    <w:p w:rsidR="2DDC1AD9" w:rsidP="7D8F49DB" w:rsidRDefault="2DDC1AD9" w14:paraId="125076F6" w14:textId="60BF5056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Use mobile phones only during breaks and away from customers, unless authorised for work or needed in an emergency. Headphones must not be worn while working.</w:t>
      </w:r>
    </w:p>
    <w:p w:rsidR="2DDC1AD9" w:rsidP="7D8F49DB" w:rsidRDefault="2DDC1AD9" w14:paraId="61AEF533" w14:textId="4B171ED1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Keep personal food and drinks away from customer-facing and bike-working areas.</w:t>
      </w:r>
    </w:p>
    <w:p w:rsidR="2DDC1AD9" w:rsidP="7D8F49DB" w:rsidRDefault="2DDC1AD9" w14:paraId="4E766D4C" w14:textId="1972DC22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 xml:space="preserve">Only carry out tasks, </w:t>
      </w:r>
      <w:bookmarkStart w:name="_Int_GoPCkbLB" w:id="245636675"/>
      <w:r w:rsidRPr="7D8F49DB" w:rsidR="2DDC1AD9">
        <w:rPr>
          <w:noProof w:val="0"/>
          <w:sz w:val="22"/>
          <w:szCs w:val="22"/>
          <w:lang w:val="en-US"/>
        </w:rPr>
        <w:t>adjustments</w:t>
      </w:r>
      <w:bookmarkEnd w:id="245636675"/>
      <w:r w:rsidRPr="7D8F49DB" w:rsidR="2DDC1AD9">
        <w:rPr>
          <w:noProof w:val="0"/>
          <w:sz w:val="22"/>
          <w:szCs w:val="22"/>
          <w:lang w:val="en-US"/>
        </w:rPr>
        <w:t xml:space="preserve"> or repairs for which you have been trained and authorised. Ask if you are unsure.</w:t>
      </w:r>
    </w:p>
    <w:p w:rsidR="7D8F49DB" w:rsidP="7D8F49DB" w:rsidRDefault="7D8F49DB" w14:paraId="7DDFD371" w14:textId="53A650B9">
      <w:pPr>
        <w:pStyle w:val="Normal"/>
        <w:rPr>
          <w:sz w:val="22"/>
          <w:szCs w:val="22"/>
        </w:rPr>
      </w:pPr>
    </w:p>
    <w:p w:rsidR="2DDC1AD9" w:rsidP="7D8F49DB" w:rsidRDefault="2DDC1AD9" w14:paraId="6546DB3D" w14:textId="0368553A">
      <w:pPr>
        <w:pStyle w:val="Normal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2. STAFF POSITIONING &amp; COVERAGE</w:t>
      </w:r>
    </w:p>
    <w:p w:rsidR="2DDC1AD9" w:rsidP="7D8F49DB" w:rsidRDefault="2DDC1AD9" w14:paraId="7BC7CDEC" w14:textId="770DC70A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D696D5E" w:rsidR="2DDC1AD9">
        <w:rPr>
          <w:noProof w:val="0"/>
          <w:sz w:val="22"/>
          <w:szCs w:val="22"/>
          <w:lang w:val="en-US"/>
        </w:rPr>
        <w:t xml:space="preserve">Staff should provide coverage across both the </w:t>
      </w:r>
      <w:r w:rsidRPr="3D696D5E" w:rsidR="3B57B1E2">
        <w:rPr>
          <w:noProof w:val="0"/>
          <w:sz w:val="22"/>
          <w:szCs w:val="22"/>
          <w:lang w:val="en-US"/>
        </w:rPr>
        <w:t>s</w:t>
      </w:r>
      <w:r w:rsidRPr="3D696D5E" w:rsidR="2DDC1AD9">
        <w:rPr>
          <w:noProof w:val="0"/>
          <w:sz w:val="22"/>
          <w:szCs w:val="22"/>
          <w:lang w:val="en-US"/>
        </w:rPr>
        <w:t>hop</w:t>
      </w:r>
      <w:r w:rsidRPr="3D696D5E" w:rsidR="2DDC1AD9">
        <w:rPr>
          <w:noProof w:val="0"/>
          <w:sz w:val="22"/>
          <w:szCs w:val="22"/>
          <w:lang w:val="en-US"/>
        </w:rPr>
        <w:t xml:space="preserve"> and </w:t>
      </w:r>
      <w:r w:rsidRPr="3D696D5E" w:rsidR="5209B860">
        <w:rPr>
          <w:noProof w:val="0"/>
          <w:sz w:val="22"/>
          <w:szCs w:val="22"/>
          <w:lang w:val="en-US"/>
        </w:rPr>
        <w:t>b</w:t>
      </w:r>
      <w:r w:rsidRPr="3D696D5E" w:rsidR="2DDC1AD9">
        <w:rPr>
          <w:noProof w:val="0"/>
          <w:sz w:val="22"/>
          <w:szCs w:val="22"/>
          <w:lang w:val="en-US"/>
        </w:rPr>
        <w:t xml:space="preserve">ike </w:t>
      </w:r>
      <w:r w:rsidRPr="3D696D5E" w:rsidR="79417822">
        <w:rPr>
          <w:noProof w:val="0"/>
          <w:sz w:val="22"/>
          <w:szCs w:val="22"/>
          <w:lang w:val="en-US"/>
        </w:rPr>
        <w:t>c</w:t>
      </w:r>
      <w:r w:rsidRPr="3D696D5E" w:rsidR="2DDC1AD9">
        <w:rPr>
          <w:noProof w:val="0"/>
          <w:sz w:val="22"/>
          <w:szCs w:val="22"/>
          <w:lang w:val="en-US"/>
        </w:rPr>
        <w:t>orral</w:t>
      </w:r>
      <w:r w:rsidRPr="3D696D5E" w:rsidR="2DDC1AD9">
        <w:rPr>
          <w:noProof w:val="0"/>
          <w:sz w:val="22"/>
          <w:szCs w:val="22"/>
          <w:lang w:val="en-US"/>
        </w:rPr>
        <w:t xml:space="preserve"> throughout the shift.</w:t>
      </w:r>
    </w:p>
    <w:p w:rsidR="2DDC1AD9" w:rsidP="7D8F49DB" w:rsidRDefault="2DDC1AD9" w14:paraId="6BA0029A" w14:textId="0DC6AD98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D696D5E" w:rsidR="2DDC1AD9">
        <w:rPr>
          <w:noProof w:val="0"/>
          <w:sz w:val="22"/>
          <w:szCs w:val="22"/>
          <w:lang w:val="en-US"/>
        </w:rPr>
        <w:t xml:space="preserve">Staff should </w:t>
      </w:r>
      <w:r w:rsidRPr="3D696D5E" w:rsidR="2DDC1AD9">
        <w:rPr>
          <w:noProof w:val="0"/>
          <w:sz w:val="22"/>
          <w:szCs w:val="22"/>
          <w:lang w:val="en-US"/>
        </w:rPr>
        <w:t xml:space="preserve">float between the </w:t>
      </w:r>
      <w:r w:rsidRPr="3D696D5E" w:rsidR="4510ABC2">
        <w:rPr>
          <w:noProof w:val="0"/>
          <w:sz w:val="22"/>
          <w:szCs w:val="22"/>
          <w:lang w:val="en-US"/>
        </w:rPr>
        <w:t>s</w:t>
      </w:r>
      <w:r w:rsidRPr="3D696D5E" w:rsidR="2DDC1AD9">
        <w:rPr>
          <w:noProof w:val="0"/>
          <w:sz w:val="22"/>
          <w:szCs w:val="22"/>
          <w:lang w:val="en-US"/>
        </w:rPr>
        <w:t xml:space="preserve">hop and </w:t>
      </w:r>
      <w:r w:rsidRPr="3D696D5E" w:rsidR="68BCCA53">
        <w:rPr>
          <w:noProof w:val="0"/>
          <w:sz w:val="22"/>
          <w:szCs w:val="22"/>
          <w:lang w:val="en-US"/>
        </w:rPr>
        <w:t>b</w:t>
      </w:r>
      <w:r w:rsidRPr="3D696D5E" w:rsidR="2DDC1AD9">
        <w:rPr>
          <w:noProof w:val="0"/>
          <w:sz w:val="22"/>
          <w:szCs w:val="22"/>
          <w:lang w:val="en-US"/>
        </w:rPr>
        <w:t xml:space="preserve">ike </w:t>
      </w:r>
      <w:r w:rsidRPr="3D696D5E" w:rsidR="615C547C">
        <w:rPr>
          <w:noProof w:val="0"/>
          <w:sz w:val="22"/>
          <w:szCs w:val="22"/>
          <w:lang w:val="en-US"/>
        </w:rPr>
        <w:t>c</w:t>
      </w:r>
      <w:r w:rsidRPr="3D696D5E" w:rsidR="2DDC1AD9">
        <w:rPr>
          <w:noProof w:val="0"/>
          <w:sz w:val="22"/>
          <w:szCs w:val="22"/>
          <w:lang w:val="en-US"/>
        </w:rPr>
        <w:t>orral</w:t>
      </w:r>
      <w:r w:rsidRPr="3D696D5E" w:rsidR="2DDC1AD9">
        <w:rPr>
          <w:noProof w:val="0"/>
          <w:sz w:val="22"/>
          <w:szCs w:val="22"/>
          <w:lang w:val="en-US"/>
        </w:rPr>
        <w:t xml:space="preserve"> as </w:t>
      </w:r>
      <w:r w:rsidRPr="3D696D5E" w:rsidR="2DDC1AD9">
        <w:rPr>
          <w:noProof w:val="0"/>
          <w:sz w:val="22"/>
          <w:szCs w:val="22"/>
          <w:lang w:val="en-US"/>
        </w:rPr>
        <w:t>required</w:t>
      </w:r>
      <w:r w:rsidRPr="3D696D5E" w:rsidR="2DDC1AD9">
        <w:rPr>
          <w:noProof w:val="0"/>
          <w:sz w:val="22"/>
          <w:szCs w:val="22"/>
          <w:lang w:val="en-US"/>
        </w:rPr>
        <w:t xml:space="preserve">, rather than </w:t>
      </w:r>
      <w:r w:rsidRPr="3D696D5E" w:rsidR="2DDC1AD9">
        <w:rPr>
          <w:noProof w:val="0"/>
          <w:sz w:val="22"/>
          <w:szCs w:val="22"/>
          <w:lang w:val="en-US"/>
        </w:rPr>
        <w:t>remaining</w:t>
      </w:r>
      <w:r w:rsidRPr="3D696D5E" w:rsidR="2DDC1AD9">
        <w:rPr>
          <w:noProof w:val="0"/>
          <w:sz w:val="22"/>
          <w:szCs w:val="22"/>
          <w:lang w:val="en-US"/>
        </w:rPr>
        <w:t xml:space="preserve"> in one area unless specifically </w:t>
      </w:r>
      <w:r w:rsidRPr="3D696D5E" w:rsidR="2DDC1AD9">
        <w:rPr>
          <w:noProof w:val="0"/>
          <w:sz w:val="22"/>
          <w:szCs w:val="22"/>
          <w:lang w:val="en-US"/>
        </w:rPr>
        <w:t>allocated</w:t>
      </w:r>
      <w:r w:rsidRPr="3D696D5E" w:rsidR="2DDC1AD9">
        <w:rPr>
          <w:noProof w:val="0"/>
          <w:sz w:val="22"/>
          <w:szCs w:val="22"/>
          <w:lang w:val="en-US"/>
        </w:rPr>
        <w:t xml:space="preserve"> to a particular position by the Lead.</w:t>
      </w:r>
    </w:p>
    <w:p w:rsidR="2DDC1AD9" w:rsidP="3D696D5E" w:rsidRDefault="2DDC1AD9" w14:paraId="0EDC3E9D" w14:textId="589129D0">
      <w:pPr>
        <w:pStyle w:val="Normal"/>
        <w:rPr>
          <w:noProof w:val="0"/>
          <w:sz w:val="22"/>
          <w:szCs w:val="22"/>
          <w:lang w:val="en-US"/>
        </w:rPr>
      </w:pPr>
      <w:r w:rsidRPr="3D696D5E" w:rsidR="2DDC1AD9">
        <w:rPr>
          <w:noProof w:val="0"/>
          <w:sz w:val="22"/>
          <w:szCs w:val="22"/>
          <w:lang w:val="en-US"/>
        </w:rPr>
        <w:t xml:space="preserve">Make sure customers in both areas are </w:t>
      </w:r>
      <w:r w:rsidRPr="3D696D5E" w:rsidR="17906DA2">
        <w:rPr>
          <w:noProof w:val="0"/>
          <w:sz w:val="22"/>
          <w:szCs w:val="22"/>
          <w:lang w:val="en-US"/>
        </w:rPr>
        <w:t>greeted</w:t>
      </w:r>
      <w:r w:rsidRPr="3D696D5E" w:rsidR="2DDC1AD9">
        <w:rPr>
          <w:noProof w:val="0"/>
          <w:sz w:val="22"/>
          <w:szCs w:val="22"/>
          <w:lang w:val="en-US"/>
        </w:rPr>
        <w:t xml:space="preserve"> and </w:t>
      </w:r>
      <w:r w:rsidRPr="3D696D5E" w:rsidR="4B778201">
        <w:rPr>
          <w:noProof w:val="0"/>
          <w:sz w:val="22"/>
          <w:szCs w:val="22"/>
          <w:lang w:val="en-US"/>
        </w:rPr>
        <w:t>directed appropriately</w:t>
      </w:r>
      <w:r w:rsidRPr="3D696D5E" w:rsidR="2DDC1AD9">
        <w:rPr>
          <w:noProof w:val="0"/>
          <w:sz w:val="22"/>
          <w:szCs w:val="22"/>
          <w:lang w:val="en-US"/>
        </w:rPr>
        <w:t xml:space="preserve">. Do not leave the </w:t>
      </w:r>
      <w:r w:rsidRPr="3D696D5E" w:rsidR="6BAD0E2A">
        <w:rPr>
          <w:noProof w:val="0"/>
          <w:sz w:val="22"/>
          <w:szCs w:val="22"/>
          <w:lang w:val="en-US"/>
        </w:rPr>
        <w:t>s</w:t>
      </w:r>
      <w:r w:rsidRPr="3D696D5E" w:rsidR="2DDC1AD9">
        <w:rPr>
          <w:noProof w:val="0"/>
          <w:sz w:val="22"/>
          <w:szCs w:val="22"/>
          <w:lang w:val="en-US"/>
        </w:rPr>
        <w:t xml:space="preserve">hop or </w:t>
      </w:r>
      <w:r w:rsidRPr="3D696D5E" w:rsidR="375A06F6">
        <w:rPr>
          <w:noProof w:val="0"/>
          <w:sz w:val="22"/>
          <w:szCs w:val="22"/>
          <w:lang w:val="en-US"/>
        </w:rPr>
        <w:t>b</w:t>
      </w:r>
      <w:r w:rsidRPr="3D696D5E" w:rsidR="2DDC1AD9">
        <w:rPr>
          <w:noProof w:val="0"/>
          <w:sz w:val="22"/>
          <w:szCs w:val="22"/>
          <w:lang w:val="en-US"/>
        </w:rPr>
        <w:t xml:space="preserve">ike </w:t>
      </w:r>
      <w:r w:rsidRPr="3D696D5E" w:rsidR="29D95B88">
        <w:rPr>
          <w:noProof w:val="0"/>
          <w:sz w:val="22"/>
          <w:szCs w:val="22"/>
          <w:lang w:val="en-US"/>
        </w:rPr>
        <w:t>c</w:t>
      </w:r>
      <w:r w:rsidRPr="3D696D5E" w:rsidR="2DDC1AD9">
        <w:rPr>
          <w:noProof w:val="0"/>
          <w:sz w:val="22"/>
          <w:szCs w:val="22"/>
          <w:lang w:val="en-US"/>
        </w:rPr>
        <w:t>orral unattended when customers are present unless another member of staff is covering the area.</w:t>
      </w:r>
    </w:p>
    <w:p w:rsidR="2DDC1AD9" w:rsidP="3D696D5E" w:rsidRDefault="2DDC1AD9" w14:paraId="6BD8126A" w14:textId="3CE1571F">
      <w:pPr>
        <w:pStyle w:val="Normal"/>
        <w:rPr>
          <w:noProof w:val="0"/>
          <w:sz w:val="22"/>
          <w:szCs w:val="22"/>
          <w:lang w:val="en-US"/>
        </w:rPr>
      </w:pPr>
      <w:r w:rsidRPr="3D696D5E" w:rsidR="2DDC1AD9">
        <w:rPr>
          <w:noProof w:val="0"/>
          <w:sz w:val="22"/>
          <w:szCs w:val="22"/>
          <w:lang w:val="en-US"/>
        </w:rPr>
        <w:t xml:space="preserve">The Lead </w:t>
      </w:r>
      <w:r w:rsidRPr="3D696D5E" w:rsidR="2DDC1AD9">
        <w:rPr>
          <w:noProof w:val="0"/>
          <w:sz w:val="22"/>
          <w:szCs w:val="22"/>
          <w:lang w:val="en-US"/>
        </w:rPr>
        <w:t>is responsible for</w:t>
      </w:r>
      <w:r w:rsidRPr="3D696D5E" w:rsidR="2DDC1AD9">
        <w:rPr>
          <w:noProof w:val="0"/>
          <w:sz w:val="22"/>
          <w:szCs w:val="22"/>
          <w:lang w:val="en-US"/>
        </w:rPr>
        <w:t xml:space="preserve"> adjusting staff positions throughout the day based </w:t>
      </w:r>
      <w:r w:rsidRPr="3D696D5E" w:rsidR="58CC793A">
        <w:rPr>
          <w:noProof w:val="0"/>
          <w:sz w:val="22"/>
          <w:szCs w:val="22"/>
          <w:lang w:val="en-US"/>
        </w:rPr>
        <w:t>on demand.</w:t>
      </w:r>
    </w:p>
    <w:p w:rsidR="2DDC1AD9" w:rsidP="7D8F49DB" w:rsidRDefault="2DDC1AD9" w14:paraId="4AD8BA0A" w14:textId="09FDF3E2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Staff should remain alert to customers who may need assistance, particularly customers collecting or returning bikes, customers waiting in the Shop and anyone who appears unsure or requires help.</w:t>
      </w:r>
    </w:p>
    <w:p w:rsidR="2DDC1AD9" w:rsidP="7D8F49DB" w:rsidRDefault="2DDC1AD9" w14:paraId="638F644A" w14:textId="1BDEE7DC">
      <w:pPr>
        <w:pStyle w:val="Normal"/>
      </w:pPr>
      <w:r w:rsidRPr="3D696D5E" w:rsidR="2DDC1AD9">
        <w:rPr>
          <w:noProof w:val="0"/>
          <w:sz w:val="22"/>
          <w:szCs w:val="22"/>
          <w:lang w:val="en-US"/>
        </w:rPr>
        <w:t>If there is a queue or a build-up of customers in either area, notify the Lead so that staff can be repositioned to maintain an efficient and safe service.</w:t>
      </w:r>
    </w:p>
    <w:p w:rsidR="2A062ADD" w:rsidP="3D696D5E" w:rsidRDefault="2A062ADD" w14:paraId="2A5369D8" w14:textId="759B6D1A">
      <w:pPr>
        <w:pStyle w:val="Normal"/>
      </w:pPr>
      <w:r w:rsidRPr="3D696D5E" w:rsidR="2A062ADD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In busy </w:t>
      </w:r>
      <w:r w:rsidRPr="3D696D5E" w:rsidR="07F6AF73">
        <w:rPr>
          <w:rFonts w:ascii="Arial" w:hAnsi="Arial" w:eastAsia="Arial" w:cs="Arial"/>
          <w:noProof w:val="0"/>
          <w:sz w:val="22"/>
          <w:szCs w:val="22"/>
          <w:lang w:val="en-US"/>
        </w:rPr>
        <w:t>periods,</w:t>
      </w:r>
      <w:r w:rsidRPr="3D696D5E" w:rsidR="2A062ADD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</w:t>
      </w:r>
      <w:r w:rsidRPr="3D696D5E" w:rsidR="20B769BE">
        <w:rPr>
          <w:rFonts w:ascii="Arial" w:hAnsi="Arial" w:eastAsia="Arial" w:cs="Arial"/>
          <w:noProof w:val="0"/>
          <w:sz w:val="22"/>
          <w:szCs w:val="22"/>
          <w:lang w:val="en-US"/>
        </w:rPr>
        <w:t>greet and ask customers to wait at check</w:t>
      </w:r>
      <w:r w:rsidRPr="3D696D5E" w:rsidR="45658E91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in.</w:t>
      </w:r>
    </w:p>
    <w:p w:rsidR="72537EEF" w:rsidP="3D696D5E" w:rsidRDefault="72537EEF" w14:paraId="268879D0" w14:textId="6ED6F25A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D696D5E" w:rsidR="72537EEF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On days when we are fully booked and we get walk in requests. </w:t>
      </w:r>
      <w:r w:rsidRPr="3D696D5E" w:rsidR="74CEB583">
        <w:rPr>
          <w:rFonts w:ascii="Arial" w:hAnsi="Arial" w:eastAsia="Arial" w:cs="Arial"/>
          <w:noProof w:val="0"/>
          <w:sz w:val="22"/>
          <w:szCs w:val="22"/>
          <w:lang w:val="en-US"/>
        </w:rPr>
        <w:t>Apologies</w:t>
      </w:r>
      <w:r w:rsidRPr="3D696D5E" w:rsidR="72537EEF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that all bikes are fully booked</w:t>
      </w:r>
      <w:r w:rsidRPr="3D696D5E" w:rsidR="2B3FE6A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and </w:t>
      </w:r>
      <w:r w:rsidRPr="3D696D5E" w:rsidR="79CF2AA1">
        <w:rPr>
          <w:rFonts w:ascii="Arial" w:hAnsi="Arial" w:eastAsia="Arial" w:cs="Arial"/>
          <w:noProof w:val="0"/>
          <w:sz w:val="22"/>
          <w:szCs w:val="22"/>
          <w:lang w:val="en-US"/>
        </w:rPr>
        <w:t>advise</w:t>
      </w:r>
      <w:r w:rsidRPr="3D696D5E" w:rsidR="0F8FF079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</w:t>
      </w:r>
      <w:r w:rsidRPr="3D696D5E" w:rsidR="46BC1F94">
        <w:rPr>
          <w:rFonts w:ascii="Arial" w:hAnsi="Arial" w:eastAsia="Arial" w:cs="Arial"/>
          <w:noProof w:val="0"/>
          <w:sz w:val="22"/>
          <w:szCs w:val="22"/>
          <w:lang w:val="en-US"/>
        </w:rPr>
        <w:t>to</w:t>
      </w:r>
      <w:r w:rsidRPr="3D696D5E" w:rsidR="0F8FF079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book on the website before travelling</w:t>
      </w:r>
      <w:r w:rsidRPr="3D696D5E" w:rsidR="36A31007">
        <w:rPr>
          <w:rFonts w:ascii="Arial" w:hAnsi="Arial" w:eastAsia="Arial" w:cs="Arial"/>
          <w:noProof w:val="0"/>
          <w:sz w:val="22"/>
          <w:szCs w:val="22"/>
          <w:lang w:val="en-US"/>
        </w:rPr>
        <w:t>.</w:t>
      </w:r>
    </w:p>
    <w:p w:rsidR="7D8F49DB" w:rsidP="7D8F49DB" w:rsidRDefault="7D8F49DB" w14:paraId="2139E433" w14:textId="53B183A4">
      <w:pPr>
        <w:pStyle w:val="Normal"/>
        <w:rPr>
          <w:sz w:val="22"/>
          <w:szCs w:val="22"/>
        </w:rPr>
      </w:pPr>
    </w:p>
    <w:p w:rsidR="2DDC1AD9" w:rsidP="7D8F49DB" w:rsidRDefault="2DDC1AD9" w14:paraId="1F606EE1" w14:textId="36BB7600">
      <w:pPr>
        <w:pStyle w:val="Normal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3. HIRE PROCESS</w:t>
      </w:r>
    </w:p>
    <w:p w:rsidR="2DDC1AD9" w:rsidP="7D8F49DB" w:rsidRDefault="2DDC1AD9" w14:paraId="74C28AC4" w14:textId="09647819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Greet the customer and direct them to the check-in desk.</w:t>
      </w:r>
    </w:p>
    <w:p w:rsidR="2DDC1AD9" w:rsidP="7D8F49DB" w:rsidRDefault="2DDC1AD9" w14:paraId="4C9543FB" w14:textId="20AB7554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D696D5E" w:rsidR="2DDC1AD9">
        <w:rPr>
          <w:noProof w:val="0"/>
          <w:sz w:val="22"/>
          <w:szCs w:val="22"/>
          <w:lang w:val="en-US"/>
        </w:rPr>
        <w:t xml:space="preserve">Check the customer in and direct them to the </w:t>
      </w:r>
      <w:r w:rsidRPr="3D696D5E" w:rsidR="569C13B4">
        <w:rPr>
          <w:noProof w:val="0"/>
          <w:sz w:val="22"/>
          <w:szCs w:val="22"/>
          <w:lang w:val="en-US"/>
        </w:rPr>
        <w:t>b</w:t>
      </w:r>
      <w:r w:rsidRPr="3D696D5E" w:rsidR="2DDC1AD9">
        <w:rPr>
          <w:noProof w:val="0"/>
          <w:sz w:val="22"/>
          <w:szCs w:val="22"/>
          <w:lang w:val="en-US"/>
        </w:rPr>
        <w:t xml:space="preserve">ike </w:t>
      </w:r>
      <w:r w:rsidRPr="3D696D5E" w:rsidR="185F4933">
        <w:rPr>
          <w:noProof w:val="0"/>
          <w:sz w:val="22"/>
          <w:szCs w:val="22"/>
          <w:lang w:val="en-US"/>
        </w:rPr>
        <w:t>c</w:t>
      </w:r>
      <w:r w:rsidRPr="3D696D5E" w:rsidR="2DDC1AD9">
        <w:rPr>
          <w:noProof w:val="0"/>
          <w:sz w:val="22"/>
          <w:szCs w:val="22"/>
          <w:lang w:val="en-US"/>
        </w:rPr>
        <w:t>orral.</w:t>
      </w:r>
    </w:p>
    <w:p w:rsidR="2DDC1AD9" w:rsidP="7D8F49DB" w:rsidRDefault="2DDC1AD9" w14:paraId="36CB15AB" w14:textId="5EBDCC9D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Issue a suitable helmet and bike.</w:t>
      </w:r>
    </w:p>
    <w:p w:rsidR="2DDC1AD9" w:rsidP="7D8F49DB" w:rsidRDefault="2DDC1AD9" w14:paraId="3EA5B9AB" w14:textId="1E9263C3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Check that the bike size is appropriate, adjust the saddle height and make sure the customer can comfortably reach and use the controls.</w:t>
      </w:r>
    </w:p>
    <w:p w:rsidR="2DDC1AD9" w:rsidP="3D696D5E" w:rsidRDefault="2DDC1AD9" w14:paraId="17E35C55" w14:textId="6D6CE65E">
      <w:pPr>
        <w:pStyle w:val="Normal"/>
        <w:rPr>
          <w:b w:val="1"/>
          <w:bCs w:val="1"/>
          <w:noProof w:val="0"/>
          <w:sz w:val="22"/>
          <w:szCs w:val="22"/>
          <w:lang w:val="en-US"/>
        </w:rPr>
      </w:pPr>
      <w:r w:rsidRPr="3D696D5E" w:rsidR="2DDC1AD9">
        <w:rPr>
          <w:b w:val="1"/>
          <w:bCs w:val="1"/>
          <w:noProof w:val="0"/>
          <w:sz w:val="22"/>
          <w:szCs w:val="22"/>
          <w:lang w:val="en-US"/>
        </w:rPr>
        <w:t>Record the bike number</w:t>
      </w:r>
      <w:r w:rsidRPr="3D696D5E" w:rsidR="16CF42EB">
        <w:rPr>
          <w:b w:val="1"/>
          <w:bCs w:val="1"/>
          <w:noProof w:val="0"/>
          <w:sz w:val="22"/>
          <w:szCs w:val="22"/>
          <w:lang w:val="en-US"/>
        </w:rPr>
        <w:t>.</w:t>
      </w:r>
    </w:p>
    <w:p w:rsidR="2DDC1AD9" w:rsidP="7D8F49DB" w:rsidRDefault="2DDC1AD9" w14:paraId="49356848" w14:textId="6DFC6702">
      <w:pPr>
        <w:pStyle w:val="Normal"/>
      </w:pPr>
      <w:r w:rsidRPr="3D696D5E" w:rsidR="2DDC1AD9">
        <w:rPr>
          <w:noProof w:val="0"/>
          <w:sz w:val="22"/>
          <w:szCs w:val="22"/>
          <w:lang w:val="en-US"/>
        </w:rPr>
        <w:t>Complete the Safety Briefing in Section 4 before the customer rides.</w:t>
      </w:r>
    </w:p>
    <w:p w:rsidR="3BB53A49" w:rsidP="3D696D5E" w:rsidRDefault="3BB53A49" w14:paraId="0D988195" w14:textId="793D7089">
      <w:pPr>
        <w:pStyle w:val="Normal"/>
      </w:pPr>
      <w:r w:rsidRPr="3D696D5E" w:rsidR="3BB53A49">
        <w:rPr>
          <w:noProof w:val="0"/>
          <w:sz w:val="22"/>
          <w:szCs w:val="22"/>
          <w:lang w:val="en-US"/>
        </w:rPr>
        <w:t>Ensure the bikes are checked out on BRM with the correct bike numbers.</w:t>
      </w:r>
    </w:p>
    <w:p w:rsidR="51458803" w:rsidP="7D8F49DB" w:rsidRDefault="51458803" w14:paraId="1467CE1B" w14:textId="1794F01D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D696D5E" w:rsidR="51458803">
        <w:rPr>
          <w:noProof w:val="0"/>
          <w:sz w:val="22"/>
          <w:szCs w:val="22"/>
          <w:lang w:val="en-US"/>
        </w:rPr>
        <w:t>On bike return.</w:t>
      </w:r>
      <w:r w:rsidRPr="3D696D5E" w:rsidR="51458803">
        <w:rPr>
          <w:noProof w:val="0"/>
          <w:sz w:val="22"/>
          <w:szCs w:val="22"/>
          <w:lang w:val="en-US"/>
        </w:rPr>
        <w:t xml:space="preserve"> </w:t>
      </w:r>
      <w:r w:rsidRPr="3D696D5E" w:rsidR="2FABCFF3">
        <w:rPr>
          <w:noProof w:val="0"/>
          <w:sz w:val="22"/>
          <w:szCs w:val="22"/>
          <w:lang w:val="en-US"/>
        </w:rPr>
        <w:t xml:space="preserve">Greet the customer and collect helmets and bikes. </w:t>
      </w:r>
      <w:r w:rsidRPr="3D696D5E" w:rsidR="2DDC1AD9">
        <w:rPr>
          <w:b w:val="1"/>
          <w:bCs w:val="1"/>
          <w:noProof w:val="0"/>
          <w:sz w:val="22"/>
          <w:szCs w:val="22"/>
          <w:lang w:val="en-US"/>
        </w:rPr>
        <w:t>Record the bike number</w:t>
      </w:r>
      <w:r w:rsidRPr="3D696D5E" w:rsidR="2DDC1AD9">
        <w:rPr>
          <w:b w:val="1"/>
          <w:bCs w:val="1"/>
          <w:noProof w:val="0"/>
          <w:sz w:val="22"/>
          <w:szCs w:val="22"/>
          <w:lang w:val="en-US"/>
        </w:rPr>
        <w:t xml:space="preserve"> </w:t>
      </w:r>
      <w:r w:rsidRPr="3D696D5E" w:rsidR="2DDC1AD9">
        <w:rPr>
          <w:b w:val="1"/>
          <w:bCs w:val="1"/>
          <w:noProof w:val="0"/>
          <w:sz w:val="22"/>
          <w:szCs w:val="22"/>
          <w:lang w:val="en-US"/>
        </w:rPr>
        <w:t>immediately</w:t>
      </w:r>
      <w:r w:rsidRPr="3D696D5E" w:rsidR="2DDC1AD9">
        <w:rPr>
          <w:b w:val="1"/>
          <w:bCs w:val="1"/>
          <w:noProof w:val="0"/>
          <w:sz w:val="22"/>
          <w:szCs w:val="22"/>
          <w:lang w:val="en-US"/>
        </w:rPr>
        <w:t xml:space="preserve"> and update </w:t>
      </w:r>
      <w:bookmarkStart w:name="_Int_5oZkrlC5" w:id="1609447309"/>
      <w:r w:rsidRPr="3D696D5E" w:rsidR="2DDC1AD9">
        <w:rPr>
          <w:b w:val="1"/>
          <w:bCs w:val="1"/>
          <w:noProof w:val="0"/>
          <w:sz w:val="22"/>
          <w:szCs w:val="22"/>
          <w:lang w:val="en-US"/>
        </w:rPr>
        <w:t>BRM</w:t>
      </w:r>
      <w:bookmarkEnd w:id="1609447309"/>
      <w:r w:rsidRPr="3D696D5E" w:rsidR="2DDC1AD9">
        <w:rPr>
          <w:noProof w:val="0"/>
          <w:sz w:val="22"/>
          <w:szCs w:val="22"/>
          <w:lang w:val="en-US"/>
        </w:rPr>
        <w:t>. Ask whether there were any problems during the hire and pass reported faults to the Lead.</w:t>
      </w:r>
    </w:p>
    <w:p w:rsidR="2DDC1AD9" w:rsidP="7D8F49DB" w:rsidRDefault="2DDC1AD9" w14:paraId="589B5353" w14:textId="4C782200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D696D5E" w:rsidR="2DDC1AD9">
        <w:rPr>
          <w:noProof w:val="0"/>
          <w:sz w:val="22"/>
          <w:szCs w:val="22"/>
          <w:lang w:val="en-US"/>
        </w:rPr>
        <w:t xml:space="preserve">After </w:t>
      </w:r>
      <w:r w:rsidRPr="3D696D5E" w:rsidR="2DDC1AD9">
        <w:rPr>
          <w:noProof w:val="0"/>
          <w:sz w:val="22"/>
          <w:szCs w:val="22"/>
          <w:lang w:val="en-US"/>
        </w:rPr>
        <w:t>return</w:t>
      </w:r>
      <w:r w:rsidRPr="3D696D5E" w:rsidR="2DDC1AD9">
        <w:rPr>
          <w:noProof w:val="0"/>
          <w:sz w:val="22"/>
          <w:szCs w:val="22"/>
          <w:lang w:val="en-US"/>
        </w:rPr>
        <w:t>:</w:t>
      </w:r>
      <w:r w:rsidRPr="3D696D5E" w:rsidR="2DDC1AD9">
        <w:rPr>
          <w:noProof w:val="0"/>
          <w:sz w:val="22"/>
          <w:szCs w:val="22"/>
          <w:lang w:val="en-US"/>
        </w:rPr>
        <w:t xml:space="preserve"> Inspect and clean the bike before it goes back into service. </w:t>
      </w:r>
      <w:r w:rsidRPr="3D696D5E" w:rsidR="2DDC1AD9">
        <w:rPr>
          <w:noProof w:val="0"/>
          <w:sz w:val="22"/>
          <w:szCs w:val="22"/>
          <w:lang w:val="en-US"/>
        </w:rPr>
        <w:t>Sanitise</w:t>
      </w:r>
      <w:r w:rsidRPr="3D696D5E" w:rsidR="2DDC1AD9">
        <w:rPr>
          <w:noProof w:val="0"/>
          <w:sz w:val="22"/>
          <w:szCs w:val="22"/>
          <w:lang w:val="en-US"/>
        </w:rPr>
        <w:t xml:space="preserve"> the helmet and return </w:t>
      </w:r>
      <w:r w:rsidRPr="3D696D5E" w:rsidR="254ED42E">
        <w:rPr>
          <w:noProof w:val="0"/>
          <w:sz w:val="22"/>
          <w:szCs w:val="22"/>
          <w:lang w:val="en-US"/>
        </w:rPr>
        <w:t xml:space="preserve">to </w:t>
      </w:r>
      <w:r w:rsidRPr="3D696D5E" w:rsidR="2DDC1AD9">
        <w:rPr>
          <w:noProof w:val="0"/>
          <w:sz w:val="22"/>
          <w:szCs w:val="22"/>
          <w:lang w:val="en-US"/>
        </w:rPr>
        <w:t>storage area.</w:t>
      </w:r>
    </w:p>
    <w:p w:rsidR="7D8F49DB" w:rsidP="7D8F49DB" w:rsidRDefault="7D8F49DB" w14:paraId="6F31579E" w14:textId="181A5AEF">
      <w:pPr>
        <w:pStyle w:val="Normal"/>
        <w:rPr>
          <w:sz w:val="22"/>
          <w:szCs w:val="22"/>
        </w:rPr>
      </w:pPr>
    </w:p>
    <w:p w:rsidR="2DDC1AD9" w:rsidP="7D8F49DB" w:rsidRDefault="2DDC1AD9" w14:paraId="5A765FA1" w14:textId="38858E66">
      <w:pPr>
        <w:pStyle w:val="Normal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4. SAFETY BRIEFING</w:t>
      </w:r>
    </w:p>
    <w:p w:rsidR="2DDC1AD9" w:rsidP="7D8F49DB" w:rsidRDefault="2DDC1AD9" w14:paraId="7822FD96" w14:textId="49C021F9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 xml:space="preserve">Every customer </w:t>
      </w:r>
      <w:r w:rsidRPr="7D8F49DB" w:rsidR="6C21038D">
        <w:rPr>
          <w:noProof w:val="0"/>
          <w:sz w:val="22"/>
          <w:szCs w:val="22"/>
          <w:lang w:val="en-US"/>
        </w:rPr>
        <w:t xml:space="preserve">in a group </w:t>
      </w:r>
      <w:r w:rsidRPr="7D8F49DB" w:rsidR="2DDC1AD9">
        <w:rPr>
          <w:noProof w:val="0"/>
          <w:sz w:val="22"/>
          <w:szCs w:val="22"/>
          <w:lang w:val="en-US"/>
        </w:rPr>
        <w:t xml:space="preserve">must receive </w:t>
      </w:r>
      <w:r w:rsidRPr="7D8F49DB" w:rsidR="36580EC2">
        <w:rPr>
          <w:noProof w:val="0"/>
          <w:sz w:val="22"/>
          <w:szCs w:val="22"/>
          <w:lang w:val="en-US"/>
        </w:rPr>
        <w:t xml:space="preserve">and understand </w:t>
      </w:r>
      <w:r w:rsidRPr="7D8F49DB" w:rsidR="2DDC1AD9">
        <w:rPr>
          <w:noProof w:val="0"/>
          <w:sz w:val="22"/>
          <w:szCs w:val="22"/>
          <w:lang w:val="en-US"/>
        </w:rPr>
        <w:t>the following safety briefing before riding:</w:t>
      </w:r>
      <w:r w:rsidRPr="7D8F49DB" w:rsidR="4DE357FB">
        <w:rPr>
          <w:noProof w:val="0"/>
          <w:sz w:val="22"/>
          <w:szCs w:val="22"/>
          <w:lang w:val="en-US"/>
        </w:rPr>
        <w:t xml:space="preserve"> </w:t>
      </w:r>
    </w:p>
    <w:p w:rsidR="2DDC1AD9" w:rsidP="7D8F49DB" w:rsidRDefault="2DDC1AD9" w14:paraId="4C3F40F9" w14:textId="77707566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D696D5E" w:rsidR="2DDC1AD9">
        <w:rPr>
          <w:noProof w:val="0"/>
          <w:sz w:val="22"/>
          <w:szCs w:val="22"/>
          <w:lang w:val="en-US"/>
        </w:rPr>
        <w:t xml:space="preserve">Explain the </w:t>
      </w:r>
      <w:r w:rsidRPr="3D696D5E" w:rsidR="021ABA8B">
        <w:rPr>
          <w:noProof w:val="0"/>
          <w:sz w:val="22"/>
          <w:szCs w:val="22"/>
          <w:lang w:val="en-US"/>
        </w:rPr>
        <w:t xml:space="preserve">UK style </w:t>
      </w:r>
      <w:r w:rsidRPr="3D696D5E" w:rsidR="2DDC1AD9">
        <w:rPr>
          <w:noProof w:val="0"/>
          <w:sz w:val="22"/>
          <w:szCs w:val="22"/>
          <w:lang w:val="en-US"/>
        </w:rPr>
        <w:t>front and rear brakes and confirm that the customer can operate them.</w:t>
      </w:r>
    </w:p>
    <w:p w:rsidR="2DDC1AD9" w:rsidP="7D8F49DB" w:rsidRDefault="2DDC1AD9" w14:paraId="5C150B54" w14:textId="0B1F1043">
      <w:pPr>
        <w:pStyle w:val="Normal"/>
      </w:pPr>
      <w:r w:rsidRPr="3D696D5E" w:rsidR="2DDC1AD9">
        <w:rPr>
          <w:noProof w:val="0"/>
          <w:sz w:val="22"/>
          <w:szCs w:val="22"/>
          <w:lang w:val="en-US"/>
        </w:rPr>
        <w:t xml:space="preserve">Explain how to change gears and </w:t>
      </w:r>
      <w:r w:rsidRPr="3D696D5E" w:rsidR="2DDC1AD9">
        <w:rPr>
          <w:noProof w:val="0"/>
          <w:sz w:val="22"/>
          <w:szCs w:val="22"/>
          <w:lang w:val="en-US"/>
        </w:rPr>
        <w:t>operate</w:t>
      </w:r>
      <w:r w:rsidRPr="3D696D5E" w:rsidR="2DDC1AD9">
        <w:rPr>
          <w:noProof w:val="0"/>
          <w:sz w:val="22"/>
          <w:szCs w:val="22"/>
          <w:lang w:val="en-US"/>
        </w:rPr>
        <w:t xml:space="preserve"> the dropper post, </w:t>
      </w:r>
      <w:r w:rsidRPr="3D696D5E" w:rsidR="2DDC1AD9">
        <w:rPr>
          <w:noProof w:val="0"/>
          <w:sz w:val="22"/>
          <w:szCs w:val="22"/>
          <w:lang w:val="en-US"/>
        </w:rPr>
        <w:t>where</w:t>
      </w:r>
      <w:r w:rsidRPr="3D696D5E" w:rsidR="2DDC1AD9">
        <w:rPr>
          <w:noProof w:val="0"/>
          <w:sz w:val="22"/>
          <w:szCs w:val="22"/>
          <w:lang w:val="en-US"/>
        </w:rPr>
        <w:t xml:space="preserve"> </w:t>
      </w:r>
      <w:r w:rsidRPr="3D696D5E" w:rsidR="2DDC1AD9">
        <w:rPr>
          <w:noProof w:val="0"/>
          <w:sz w:val="22"/>
          <w:szCs w:val="22"/>
          <w:lang w:val="en-US"/>
        </w:rPr>
        <w:t>fitted</w:t>
      </w:r>
      <w:r w:rsidRPr="3D696D5E" w:rsidR="2DDC1AD9">
        <w:rPr>
          <w:noProof w:val="0"/>
          <w:sz w:val="22"/>
          <w:szCs w:val="22"/>
          <w:lang w:val="en-US"/>
        </w:rPr>
        <w:t>.</w:t>
      </w:r>
      <w:r w:rsidRPr="3D696D5E" w:rsidR="46FB37D3">
        <w:rPr>
          <w:noProof w:val="0"/>
          <w:sz w:val="22"/>
          <w:szCs w:val="22"/>
          <w:lang w:val="en-US"/>
        </w:rPr>
        <w:t xml:space="preserve"> Do not click the shifter without </w:t>
      </w:r>
      <w:r w:rsidRPr="3D696D5E" w:rsidR="46FB37D3">
        <w:rPr>
          <w:noProof w:val="0"/>
          <w:sz w:val="22"/>
          <w:szCs w:val="22"/>
          <w:lang w:val="en-US"/>
        </w:rPr>
        <w:t>pedaling</w:t>
      </w:r>
      <w:r w:rsidRPr="3D696D5E" w:rsidR="46FB37D3">
        <w:rPr>
          <w:noProof w:val="0"/>
          <w:sz w:val="22"/>
          <w:szCs w:val="22"/>
          <w:lang w:val="en-US"/>
        </w:rPr>
        <w:t xml:space="preserve"> or </w:t>
      </w:r>
      <w:r w:rsidRPr="3D696D5E" w:rsidR="46FB37D3">
        <w:rPr>
          <w:noProof w:val="0"/>
          <w:sz w:val="22"/>
          <w:szCs w:val="22"/>
          <w:lang w:val="en-US"/>
        </w:rPr>
        <w:t>roll</w:t>
      </w:r>
      <w:r w:rsidRPr="3D696D5E" w:rsidR="46FB37D3">
        <w:rPr>
          <w:noProof w:val="0"/>
          <w:sz w:val="22"/>
          <w:szCs w:val="22"/>
          <w:lang w:val="en-US"/>
        </w:rPr>
        <w:t xml:space="preserve"> the bike backwards.</w:t>
      </w:r>
    </w:p>
    <w:p w:rsidR="2DDC1AD9" w:rsidP="7D8F49DB" w:rsidRDefault="2DDC1AD9" w14:paraId="5DC888FD" w14:textId="16A1B259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Remind the customer to wear their helmet, ride within their ability and follow all trail signs and instructions.</w:t>
      </w:r>
    </w:p>
    <w:p w:rsidR="2DDC1AD9" w:rsidP="7D8F49DB" w:rsidRDefault="2DDC1AD9" w14:paraId="7F9E8EDF" w14:textId="2A80C414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Tell the customer to stop riding if a fault develops and to contact or return to the Bike Hub.</w:t>
      </w:r>
    </w:p>
    <w:p w:rsidR="2DDC1AD9" w:rsidP="7D8F49DB" w:rsidRDefault="2DDC1AD9" w14:paraId="20DFEF19" w14:textId="48E67556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Refer anyone who cannot operate the bike safely to the Lead or Manager.</w:t>
      </w:r>
    </w:p>
    <w:p w:rsidR="3D696D5E" w:rsidP="3D696D5E" w:rsidRDefault="3D696D5E" w14:paraId="27A58BC5" w14:textId="331591DB">
      <w:pPr>
        <w:pStyle w:val="Normal"/>
        <w:rPr>
          <w:sz w:val="22"/>
          <w:szCs w:val="22"/>
        </w:rPr>
      </w:pPr>
    </w:p>
    <w:p w:rsidR="2DDC1AD9" w:rsidP="7D8F49DB" w:rsidRDefault="2DDC1AD9" w14:paraId="4686CE15" w14:textId="22BFFED3">
      <w:pPr>
        <w:pStyle w:val="Normal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</w:pPr>
      <w:r w:rsidRPr="3D696D5E" w:rsidR="2DDC1AD9">
        <w:rPr>
          <w:noProof w:val="0"/>
          <w:sz w:val="22"/>
          <w:szCs w:val="22"/>
          <w:lang w:val="en-US"/>
        </w:rPr>
        <w:t xml:space="preserve">5. BIKE SAFETY </w:t>
      </w:r>
    </w:p>
    <w:p w:rsidR="2DDC1AD9" w:rsidP="7D8F49DB" w:rsidRDefault="2DDC1AD9" w14:paraId="039AB9FC" w14:textId="347FCF3E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D696D5E" w:rsidR="0DC82BA3">
        <w:rPr>
          <w:noProof w:val="0"/>
          <w:sz w:val="22"/>
          <w:szCs w:val="22"/>
          <w:lang w:val="en-US"/>
        </w:rPr>
        <w:t>Every time you move a bike:</w:t>
      </w:r>
      <w:r w:rsidRPr="3D696D5E" w:rsidR="2DDC1AD9">
        <w:rPr>
          <w:noProof w:val="0"/>
          <w:sz w:val="22"/>
          <w:szCs w:val="22"/>
          <w:lang w:val="en-US"/>
        </w:rPr>
        <w:t xml:space="preserve"> </w:t>
      </w:r>
      <w:r w:rsidRPr="3D696D5E" w:rsidR="2DDC1AD9">
        <w:rPr>
          <w:noProof w:val="0"/>
          <w:sz w:val="22"/>
          <w:szCs w:val="22"/>
          <w:lang w:val="en-US"/>
        </w:rPr>
        <w:t xml:space="preserve">Visually check the frame and components. Test the front and rear brakes, check </w:t>
      </w:r>
      <w:r w:rsidRPr="3D696D5E" w:rsidR="2DDC1AD9">
        <w:rPr>
          <w:noProof w:val="0"/>
          <w:sz w:val="22"/>
          <w:szCs w:val="22"/>
          <w:lang w:val="en-US"/>
        </w:rPr>
        <w:t>tyre</w:t>
      </w:r>
      <w:r w:rsidRPr="3D696D5E" w:rsidR="2DDC1AD9">
        <w:rPr>
          <w:noProof w:val="0"/>
          <w:sz w:val="22"/>
          <w:szCs w:val="22"/>
          <w:lang w:val="en-US"/>
        </w:rPr>
        <w:t xml:space="preserve"> condition and pressure, run through the </w:t>
      </w:r>
      <w:r w:rsidRPr="3D696D5E" w:rsidR="2DDC1AD9">
        <w:rPr>
          <w:noProof w:val="0"/>
          <w:sz w:val="22"/>
          <w:szCs w:val="22"/>
          <w:lang w:val="en-US"/>
        </w:rPr>
        <w:t>gears</w:t>
      </w:r>
      <w:r w:rsidRPr="3D696D5E" w:rsidR="2DDC1AD9">
        <w:rPr>
          <w:noProof w:val="0"/>
          <w:sz w:val="22"/>
          <w:szCs w:val="22"/>
          <w:lang w:val="en-US"/>
        </w:rPr>
        <w:t xml:space="preserve"> and confirm the controls </w:t>
      </w:r>
      <w:r w:rsidRPr="3D696D5E" w:rsidR="2A46752F">
        <w:rPr>
          <w:noProof w:val="0"/>
          <w:sz w:val="22"/>
          <w:szCs w:val="22"/>
          <w:lang w:val="en-US"/>
        </w:rPr>
        <w:t>are working properly.</w:t>
      </w:r>
    </w:p>
    <w:p w:rsidR="2DDC1AD9" w:rsidP="7D8F49DB" w:rsidRDefault="2DDC1AD9" w14:paraId="707EECFC" w14:textId="541CD000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Make sure the saddle and controls are secure after any adjustment. Only carry out adjustments you are trained and authorised to perform.</w:t>
      </w:r>
    </w:p>
    <w:p w:rsidR="2DDC1AD9" w:rsidP="7D8F49DB" w:rsidRDefault="2DDC1AD9" w14:paraId="564ECF7F" w14:textId="49D272D0">
      <w:pPr>
        <w:pStyle w:val="Normal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Never hire a bike that appears damaged, defective or unsafe.</w:t>
      </w:r>
    </w:p>
    <w:p w:rsidR="2DDC1AD9" w:rsidP="7D8F49DB" w:rsidRDefault="2DDC1AD9" w14:paraId="313A7AB4" w14:textId="781E4E07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For an unsafe bike, place a yellow snap band on the handlebars, mark the bike as broken in BRM, write a short description of the fault on the whiteboard, report it to the Lead and remove it from service.</w:t>
      </w:r>
    </w:p>
    <w:p w:rsidR="2DDC1AD9" w:rsidP="7D8F49DB" w:rsidRDefault="2DDC1AD9" w14:paraId="6023A3A2" w14:textId="2A86B1F9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Do not remove the marker or return the bike to service until it has been checked and cleared by an authorised person.</w:t>
      </w:r>
    </w:p>
    <w:p w:rsidR="2DDC1AD9" w:rsidP="7D8F49DB" w:rsidRDefault="2DDC1AD9" w14:paraId="49C63B54" w14:textId="3469C985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Only authorised staff may carry out safety-critical repairs or adjustments. Never attempt a repair beyond your training.</w:t>
      </w:r>
    </w:p>
    <w:p w:rsidR="2DDC1AD9" w:rsidP="7D8F49DB" w:rsidRDefault="2DDC1AD9" w14:paraId="7C8C22C5" w14:textId="10FBAD86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D696D5E" w:rsidR="2DDC1AD9">
        <w:rPr>
          <w:noProof w:val="0"/>
          <w:sz w:val="22"/>
          <w:szCs w:val="22"/>
          <w:lang w:val="en-US"/>
        </w:rPr>
        <w:t xml:space="preserve">On </w:t>
      </w:r>
      <w:r w:rsidRPr="3D696D5E" w:rsidR="616DB09F">
        <w:rPr>
          <w:noProof w:val="0"/>
          <w:sz w:val="22"/>
          <w:szCs w:val="22"/>
          <w:lang w:val="en-US"/>
        </w:rPr>
        <w:t xml:space="preserve">bike </w:t>
      </w:r>
      <w:r w:rsidRPr="3D696D5E" w:rsidR="2DDC1AD9">
        <w:rPr>
          <w:noProof w:val="0"/>
          <w:sz w:val="22"/>
          <w:szCs w:val="22"/>
          <w:lang w:val="en-US"/>
        </w:rPr>
        <w:t xml:space="preserve">return, ask about faults, inspect for new </w:t>
      </w:r>
      <w:r w:rsidRPr="3D696D5E" w:rsidR="2DDC1AD9">
        <w:rPr>
          <w:noProof w:val="0"/>
          <w:sz w:val="22"/>
          <w:szCs w:val="22"/>
          <w:lang w:val="en-US"/>
        </w:rPr>
        <w:t>damage</w:t>
      </w:r>
      <w:r w:rsidRPr="3D696D5E" w:rsidR="2DDC1AD9">
        <w:rPr>
          <w:noProof w:val="0"/>
          <w:sz w:val="22"/>
          <w:szCs w:val="22"/>
          <w:lang w:val="en-US"/>
        </w:rPr>
        <w:t xml:space="preserve"> and check the bike again after cleaning. Only put it back into service when it is clean and safe.</w:t>
      </w:r>
    </w:p>
    <w:p w:rsidR="2DDC1AD9" w:rsidP="7D8F49DB" w:rsidRDefault="2DDC1AD9" w14:paraId="7A691872" w14:textId="720DAF5B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Report accidents, incidents, near misses and safety concerns to the Lead or Manager immediately.</w:t>
      </w:r>
    </w:p>
    <w:p w:rsidR="7D8F49DB" w:rsidP="7D8F49DB" w:rsidRDefault="7D8F49DB" w14:paraId="2D139C09" w14:textId="69124FA1">
      <w:pPr>
        <w:pStyle w:val="Normal"/>
        <w:rPr>
          <w:sz w:val="22"/>
          <w:szCs w:val="22"/>
        </w:rPr>
      </w:pPr>
    </w:p>
    <w:p w:rsidR="2DDC1AD9" w:rsidP="7D8F49DB" w:rsidRDefault="2DDC1AD9" w14:paraId="09070907" w14:textId="74724030">
      <w:pPr>
        <w:pStyle w:val="Normal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6. BIKE WASH</w:t>
      </w:r>
    </w:p>
    <w:p w:rsidR="2DDC1AD9" w:rsidP="7D8F49DB" w:rsidRDefault="2DDC1AD9" w14:paraId="0493D2F1" w14:textId="7CEA34B5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Rinse the bike to remove loose dirt.</w:t>
      </w:r>
    </w:p>
    <w:p w:rsidR="2DDC1AD9" w:rsidP="7D8F49DB" w:rsidRDefault="2DDC1AD9" w14:paraId="47D96EB7" w14:textId="463C5271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Apply degreaser to the drivetrain.</w:t>
      </w:r>
    </w:p>
    <w:p w:rsidR="2DDC1AD9" w:rsidP="7D8F49DB" w:rsidRDefault="2DDC1AD9" w14:paraId="1E46B74E" w14:textId="15007693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Apply Muc-Off cleaner to the bike.</w:t>
      </w:r>
    </w:p>
    <w:p w:rsidR="2DDC1AD9" w:rsidP="7D8F49DB" w:rsidRDefault="2DDC1AD9" w14:paraId="2311F0D7" w14:textId="7E5C606B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Brush the whole bike thoroughly with a soft brush.</w:t>
      </w:r>
    </w:p>
    <w:p w:rsidR="2DDC1AD9" w:rsidP="7D8F49DB" w:rsidRDefault="2DDC1AD9" w14:paraId="6C195FBE" w14:textId="45298667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Use a hard brush on the chain, cassette, chainring and jockey wheels.</w:t>
      </w:r>
    </w:p>
    <w:p w:rsidR="2DDC1AD9" w:rsidP="7D8F49DB" w:rsidRDefault="2DDC1AD9" w14:paraId="42BBD9D1" w14:textId="3407A589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Rinse the whole bike thoroughly.</w:t>
      </w:r>
    </w:p>
    <w:p w:rsidR="2DDC1AD9" w:rsidP="7D8F49DB" w:rsidRDefault="2DDC1AD9" w14:paraId="72EB6623" w14:textId="6CF39F6F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Dry the bike, paying particular attention to the drivetrain, chain and fork seals.</w:t>
      </w:r>
    </w:p>
    <w:p w:rsidR="2DDC1AD9" w:rsidP="7D8F49DB" w:rsidRDefault="2DDC1AD9" w14:paraId="64B38478" w14:textId="32EC2191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 xml:space="preserve">Spray MO94 downwards onto the chain, </w:t>
      </w:r>
      <w:r w:rsidRPr="7D8F49DB" w:rsidR="2DDC1AD9">
        <w:rPr>
          <w:noProof w:val="0"/>
          <w:sz w:val="22"/>
          <w:szCs w:val="22"/>
          <w:lang w:val="en-US"/>
        </w:rPr>
        <w:t>keeping it away from the brakes</w:t>
      </w:r>
      <w:r w:rsidRPr="7D8F49DB" w:rsidR="2DDC1AD9">
        <w:rPr>
          <w:noProof w:val="0"/>
          <w:sz w:val="22"/>
          <w:szCs w:val="22"/>
          <w:lang w:val="en-US"/>
        </w:rPr>
        <w:t>, then apply dry lubricant to the chain.</w:t>
      </w:r>
    </w:p>
    <w:p w:rsidR="7D8F49DB" w:rsidP="7D8F49DB" w:rsidRDefault="7D8F49DB" w14:paraId="502CD4EE" w14:textId="54BE2556">
      <w:pPr>
        <w:pStyle w:val="Normal"/>
        <w:rPr>
          <w:sz w:val="22"/>
          <w:szCs w:val="22"/>
        </w:rPr>
      </w:pPr>
    </w:p>
    <w:p w:rsidR="3D696D5E" w:rsidP="3D696D5E" w:rsidRDefault="3D696D5E" w14:paraId="2A2FD398" w14:textId="175A5E36">
      <w:pPr>
        <w:pStyle w:val="Normal"/>
        <w:rPr>
          <w:sz w:val="22"/>
          <w:szCs w:val="22"/>
        </w:rPr>
      </w:pPr>
    </w:p>
    <w:p w:rsidR="3D696D5E" w:rsidP="3D696D5E" w:rsidRDefault="3D696D5E" w14:paraId="3E3D8653" w14:textId="1EB85584">
      <w:pPr>
        <w:pStyle w:val="Normal"/>
        <w:rPr>
          <w:sz w:val="22"/>
          <w:szCs w:val="22"/>
        </w:rPr>
      </w:pPr>
    </w:p>
    <w:p w:rsidR="3D696D5E" w:rsidP="3D696D5E" w:rsidRDefault="3D696D5E" w14:paraId="67CFD0B3" w14:textId="18F6CD5C">
      <w:pPr>
        <w:pStyle w:val="Normal"/>
        <w:rPr>
          <w:sz w:val="22"/>
          <w:szCs w:val="22"/>
        </w:rPr>
      </w:pPr>
    </w:p>
    <w:p w:rsidR="2DDC1AD9" w:rsidP="7D8F49DB" w:rsidRDefault="2DDC1AD9" w14:paraId="03ECCCDC" w14:textId="2116C8FF">
      <w:pPr>
        <w:pStyle w:val="Normal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7. END-OF-DAY CHECK</w:t>
      </w:r>
    </w:p>
    <w:p w:rsidR="2DDC1AD9" w:rsidP="7D8F49DB" w:rsidRDefault="2DDC1AD9" w14:paraId="372AAF6A" w14:textId="3472792A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Bikes should be put away ready for the next day: clean, dry, lubricated and stacked neatly in the correct area.</w:t>
      </w:r>
    </w:p>
    <w:p w:rsidR="2DDC1AD9" w:rsidP="7D8F49DB" w:rsidRDefault="2DDC1AD9" w14:paraId="5C71C762" w14:textId="5BE51115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Any damaged bike must be marked as broken in BRM, identified with a yellow snap band and recorded on the whiteboard with a short description of the problem.</w:t>
      </w:r>
    </w:p>
    <w:p w:rsidR="2DDC1AD9" w:rsidP="7D8F49DB" w:rsidRDefault="2DDC1AD9" w14:paraId="61791C1F" w14:textId="07518AB5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Sanitise all returned helmets and place them back in the helmet net or correct storage area.</w:t>
      </w:r>
    </w:p>
    <w:p w:rsidR="2DDC1AD9" w:rsidP="7D8F49DB" w:rsidRDefault="2DDC1AD9" w14:paraId="2BB5F0D2" w14:textId="23C1F32C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Return flags, racks, tools, cleaning products and other equipment to their designated locations.</w:t>
      </w:r>
    </w:p>
    <w:p w:rsidR="2DDC1AD9" w:rsidP="7D8F49DB" w:rsidRDefault="2DDC1AD9" w14:paraId="0E2146C7" w14:textId="2E2E80B5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Clear and tidy customer-facing areas, the Bike Wash area, workshop and storage spaces.</w:t>
      </w:r>
    </w:p>
    <w:p w:rsidR="2DDC1AD9" w:rsidP="7D8F49DB" w:rsidRDefault="2DDC1AD9" w14:paraId="601B63C6" w14:textId="049C4E0F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When responsible for closing, check that the Shop, bike storage, office and workshop are secure and that keys are passed to the relevant member of staff.</w:t>
      </w:r>
    </w:p>
    <w:p w:rsidR="2DDC1AD9" w:rsidP="7D8F49DB" w:rsidRDefault="2DDC1AD9" w14:paraId="6AF38C42" w14:textId="4A1593EB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Staff may finish early only when all customers have returned, all bike, helmet, cleaning, safety and storage tasks are complete, and the Lead or Manager has agreed.</w:t>
      </w:r>
    </w:p>
    <w:p w:rsidR="7D8F49DB" w:rsidP="7D8F49DB" w:rsidRDefault="7D8F49DB" w14:paraId="18F2C3D4" w14:textId="7963323F">
      <w:pPr>
        <w:pStyle w:val="Normal"/>
        <w:rPr>
          <w:sz w:val="22"/>
          <w:szCs w:val="22"/>
        </w:rPr>
      </w:pPr>
    </w:p>
    <w:p w:rsidR="2DDC1AD9" w:rsidP="7D8F49DB" w:rsidRDefault="2DDC1AD9" w14:paraId="2CD0A064" w14:textId="0397FD0F">
      <w:pPr>
        <w:pStyle w:val="Normal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8. SIZE COLOUR KEY</w:t>
      </w:r>
    </w:p>
    <w:p w:rsidR="2DDC1AD9" w:rsidP="7D8F49DB" w:rsidRDefault="2DDC1AD9" w14:paraId="5A5278CA" w14:textId="778E0B53">
      <w:pPr>
        <w:pStyle w:val="Normal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Bikes:</w:t>
      </w:r>
    </w:p>
    <w:p w:rsidR="2DDC1AD9" w:rsidP="7D8F49DB" w:rsidRDefault="2DDC1AD9" w14:paraId="09593691" w14:textId="3DE3528B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Green pedals = Small</w:t>
      </w:r>
    </w:p>
    <w:p w:rsidR="2DDC1AD9" w:rsidP="7D8F49DB" w:rsidRDefault="2DDC1AD9" w14:paraId="2D0138B4" w14:textId="0315E172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Blue pedals = Medium</w:t>
      </w:r>
    </w:p>
    <w:p w:rsidR="2DDC1AD9" w:rsidP="7D8F49DB" w:rsidRDefault="2DDC1AD9" w14:paraId="4DD72DAF" w14:textId="52CA7972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Red pedals = Large</w:t>
      </w:r>
    </w:p>
    <w:p w:rsidR="2DDC1AD9" w:rsidP="7D8F49DB" w:rsidRDefault="2DDC1AD9" w14:paraId="0162BEC7" w14:textId="579E173E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Yellow pedals = XL</w:t>
      </w:r>
    </w:p>
    <w:p w:rsidR="2DDC1AD9" w:rsidP="7D8F49DB" w:rsidRDefault="2DDC1AD9" w14:paraId="2B924C96" w14:textId="230824ED">
      <w:pPr>
        <w:pStyle w:val="Normal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Helmets:</w:t>
      </w:r>
    </w:p>
    <w:p w:rsidR="2DDC1AD9" w:rsidP="7D8F49DB" w:rsidRDefault="2DDC1AD9" w14:paraId="1620B8DB" w14:textId="70556CBC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Green = Small</w:t>
      </w:r>
    </w:p>
    <w:p w:rsidR="2DDC1AD9" w:rsidP="7D8F49DB" w:rsidRDefault="2DDC1AD9" w14:paraId="5AB8DF8F" w14:textId="16481AF4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White = Medium/Large</w:t>
      </w:r>
    </w:p>
    <w:p w:rsidR="2DDC1AD9" w:rsidP="7D8F49DB" w:rsidRDefault="2DDC1AD9" w14:paraId="11889FDB" w14:textId="58728579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Red/Blue = XL</w:t>
      </w:r>
    </w:p>
    <w:p w:rsidR="7D8F49DB" w:rsidP="7D8F49DB" w:rsidRDefault="7D8F49DB" w14:paraId="03D07ACC" w14:textId="6740398B">
      <w:pPr>
        <w:pStyle w:val="Normal"/>
        <w:rPr>
          <w:sz w:val="22"/>
          <w:szCs w:val="22"/>
        </w:rPr>
      </w:pPr>
    </w:p>
    <w:p w:rsidR="3D696D5E" w:rsidP="3D696D5E" w:rsidRDefault="3D696D5E" w14:paraId="6D1FF09A" w14:textId="36B484F9">
      <w:pPr>
        <w:pStyle w:val="Normal"/>
        <w:rPr>
          <w:sz w:val="22"/>
          <w:szCs w:val="22"/>
        </w:rPr>
      </w:pPr>
    </w:p>
    <w:p w:rsidR="3D696D5E" w:rsidP="3D696D5E" w:rsidRDefault="3D696D5E" w14:paraId="67AEB5B6" w14:textId="41CE1CD4">
      <w:pPr>
        <w:pStyle w:val="Normal"/>
        <w:rPr>
          <w:sz w:val="22"/>
          <w:szCs w:val="22"/>
        </w:rPr>
      </w:pPr>
    </w:p>
    <w:p w:rsidR="3D696D5E" w:rsidP="3D696D5E" w:rsidRDefault="3D696D5E" w14:paraId="6B9E7150" w14:textId="707F9936">
      <w:pPr>
        <w:pStyle w:val="Normal"/>
        <w:rPr>
          <w:sz w:val="22"/>
          <w:szCs w:val="22"/>
        </w:rPr>
      </w:pPr>
    </w:p>
    <w:p w:rsidR="2DDC1AD9" w:rsidP="7D8F49DB" w:rsidRDefault="2DDC1AD9" w14:paraId="2D1D3893" w14:textId="25AAB8B1">
      <w:pPr>
        <w:pStyle w:val="Normal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9. CUSTOMER ISSUES &amp; LEAD DUTIES</w:t>
      </w:r>
    </w:p>
    <w:p w:rsidR="2DDC1AD9" w:rsidP="7D8F49DB" w:rsidRDefault="2DDC1AD9" w14:paraId="5AA99AD4" w14:textId="3FDA7FFF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Treat every customer politely and try to resolve straightforward questions calmly and clearly.</w:t>
      </w:r>
    </w:p>
    <w:p w:rsidR="2DDC1AD9" w:rsidP="7D8F49DB" w:rsidRDefault="2DDC1AD9" w14:paraId="5F523277" w14:textId="4975F2EA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If a customer is dissatisfied, listen, confirm the issue and involve the Lead where a decision, refund or exception may be required.</w:t>
      </w:r>
    </w:p>
    <w:p w:rsidR="2DDC1AD9" w:rsidP="7D8F49DB" w:rsidRDefault="2DDC1AD9" w14:paraId="74E9C2F2" w14:textId="0A4CB208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If an issue cannot be resolved at the time, take the customer’s contact details where appropriate and pass the matter to the Lead or Manager for follow-up.</w:t>
      </w:r>
    </w:p>
    <w:p w:rsidR="2DDC1AD9" w:rsidP="7D8F49DB" w:rsidRDefault="2DDC1AD9" w14:paraId="524595BC" w14:textId="214A4E6D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D696D5E" w:rsidR="2DDC1AD9">
        <w:rPr>
          <w:noProof w:val="0"/>
          <w:sz w:val="22"/>
          <w:szCs w:val="22"/>
          <w:lang w:val="en-US"/>
        </w:rPr>
        <w:t>If anyone is abusive, threatening or creates a safety concern, do not argue. Stay calm, step away if necessary and refer the situation to the Lead or Manager.</w:t>
      </w:r>
    </w:p>
    <w:p w:rsidR="3D696D5E" w:rsidP="3D696D5E" w:rsidRDefault="3D696D5E" w14:paraId="087007F5" w14:textId="691E2283">
      <w:pPr>
        <w:pStyle w:val="Normal"/>
        <w:rPr>
          <w:b w:val="1"/>
          <w:bCs w:val="1"/>
          <w:noProof w:val="0"/>
          <w:sz w:val="22"/>
          <w:szCs w:val="22"/>
          <w:lang w:val="en-US"/>
        </w:rPr>
      </w:pPr>
    </w:p>
    <w:p w:rsidR="2DDC1AD9" w:rsidP="3D696D5E" w:rsidRDefault="2DDC1AD9" w14:paraId="6B6D8E05" w14:textId="1F4649E8">
      <w:pPr>
        <w:pStyle w:val="Normal"/>
        <w:rPr>
          <w:b w:val="0"/>
          <w:bCs w:val="0"/>
          <w:noProof w:val="0"/>
          <w:sz w:val="22"/>
          <w:szCs w:val="22"/>
          <w:lang w:val="en-US"/>
        </w:rPr>
      </w:pPr>
      <w:r w:rsidRPr="3D696D5E" w:rsidR="6B679CC7">
        <w:rPr>
          <w:b w:val="1"/>
          <w:bCs w:val="1"/>
          <w:noProof w:val="0"/>
          <w:sz w:val="22"/>
          <w:szCs w:val="22"/>
          <w:lang w:val="en-US"/>
        </w:rPr>
        <w:t xml:space="preserve">10. </w:t>
      </w:r>
      <w:r w:rsidRPr="3D696D5E" w:rsidR="2DDC1AD9">
        <w:rPr>
          <w:b w:val="0"/>
          <w:bCs w:val="0"/>
          <w:noProof w:val="0"/>
          <w:sz w:val="22"/>
          <w:szCs w:val="22"/>
          <w:lang w:val="en-US"/>
        </w:rPr>
        <w:t>L</w:t>
      </w:r>
      <w:r w:rsidRPr="3D696D5E" w:rsidR="27995CDD">
        <w:rPr>
          <w:b w:val="0"/>
          <w:bCs w:val="0"/>
          <w:noProof w:val="0"/>
          <w:sz w:val="22"/>
          <w:szCs w:val="22"/>
          <w:lang w:val="en-US"/>
        </w:rPr>
        <w:t>EAD STAFF RESPONSIBILITIES</w:t>
      </w:r>
    </w:p>
    <w:p w:rsidR="2DDC1AD9" w:rsidP="7D8F49DB" w:rsidRDefault="2DDC1AD9" w14:paraId="202BEA58" w14:textId="21C5F243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Allocate staff positions and breaks, monitor queues and bike availability, and adjust the team’s priorities throughout the day.</w:t>
      </w:r>
    </w:p>
    <w:p w:rsidR="2DDC1AD9" w:rsidP="7D8F49DB" w:rsidRDefault="2DDC1AD9" w14:paraId="000936EC" w14:textId="21EDAADC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 xml:space="preserve">Keep the hire process running efficiently, support staff with customer </w:t>
      </w:r>
      <w:r w:rsidRPr="7D8F49DB" w:rsidR="0B5B8F5F">
        <w:rPr>
          <w:noProof w:val="0"/>
          <w:sz w:val="22"/>
          <w:szCs w:val="22"/>
          <w:lang w:val="en-US"/>
        </w:rPr>
        <w:t>issues,</w:t>
      </w:r>
      <w:r w:rsidRPr="7D8F49DB" w:rsidR="2DDC1AD9">
        <w:rPr>
          <w:noProof w:val="0"/>
          <w:sz w:val="22"/>
          <w:szCs w:val="22"/>
          <w:lang w:val="en-US"/>
        </w:rPr>
        <w:t xml:space="preserve"> and manage routine problems or </w:t>
      </w:r>
      <w:r w:rsidRPr="7D8F49DB" w:rsidR="2DDC1AD9">
        <w:rPr>
          <w:noProof w:val="0"/>
          <w:sz w:val="22"/>
          <w:szCs w:val="22"/>
          <w:lang w:val="en-US"/>
        </w:rPr>
        <w:t>authorised</w:t>
      </w:r>
      <w:r w:rsidRPr="7D8F49DB" w:rsidR="2DDC1AD9">
        <w:rPr>
          <w:noProof w:val="0"/>
          <w:sz w:val="22"/>
          <w:szCs w:val="22"/>
          <w:lang w:val="en-US"/>
        </w:rPr>
        <w:t xml:space="preserve"> refunds.</w:t>
      </w:r>
    </w:p>
    <w:p w:rsidR="2DDC1AD9" w:rsidP="7D8F49DB" w:rsidRDefault="2DDC1AD9" w14:paraId="3FC03B8B" w14:textId="02837B4A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Make sure defects are recorded correctly and passed to the Workshop Manager. A Lead must never override a genuine safety concern.</w:t>
      </w:r>
    </w:p>
    <w:p w:rsidR="2DDC1AD9" w:rsidP="7D8F49DB" w:rsidRDefault="2DDC1AD9" w14:paraId="6EF42D4E" w14:textId="62FE924D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Complete opening and closing security checks, ensure keys are handed to the correct person and escalate significant incidents to the Manager.</w:t>
      </w:r>
    </w:p>
    <w:p w:rsidR="7D8F49DB" w:rsidP="7D8F49DB" w:rsidRDefault="7D8F49DB" w14:paraId="13FE9B31" w14:textId="6A63B5EB">
      <w:pPr>
        <w:pStyle w:val="Normal"/>
        <w:rPr>
          <w:sz w:val="22"/>
          <w:szCs w:val="22"/>
        </w:rPr>
      </w:pPr>
    </w:p>
    <w:p w:rsidR="2DDC1AD9" w:rsidP="7D8F49DB" w:rsidRDefault="2DDC1AD9" w14:paraId="0E96B347" w14:textId="197313C4">
      <w:pPr>
        <w:pStyle w:val="Normal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</w:pPr>
      <w:r w:rsidRPr="3D696D5E" w:rsidR="2DDC1AD9">
        <w:rPr>
          <w:noProof w:val="0"/>
          <w:sz w:val="22"/>
          <w:szCs w:val="22"/>
          <w:lang w:val="en-US"/>
        </w:rPr>
        <w:t>1</w:t>
      </w:r>
      <w:r w:rsidRPr="3D696D5E" w:rsidR="643B0CA5">
        <w:rPr>
          <w:noProof w:val="0"/>
          <w:sz w:val="22"/>
          <w:szCs w:val="22"/>
          <w:lang w:val="en-US"/>
        </w:rPr>
        <w:t>1</w:t>
      </w:r>
      <w:r w:rsidRPr="3D696D5E" w:rsidR="2DDC1AD9">
        <w:rPr>
          <w:noProof w:val="0"/>
          <w:sz w:val="22"/>
          <w:szCs w:val="22"/>
          <w:lang w:val="en-US"/>
        </w:rPr>
        <w:t>. ATTEMPTED BIKE THEFT</w:t>
      </w:r>
    </w:p>
    <w:p w:rsidR="2DDC1AD9" w:rsidP="7D8F49DB" w:rsidRDefault="2DDC1AD9" w14:paraId="0E69E3FD" w14:textId="21C8780D">
      <w:pPr>
        <w:pStyle w:val="Normal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Raise the Alarm</w:t>
      </w:r>
    </w:p>
    <w:p w:rsidR="2DDC1AD9" w:rsidP="7D8F49DB" w:rsidRDefault="2DDC1AD9" w14:paraId="2842F40B" w14:textId="1D52090E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Shout clearly for the person to stop and alert the Lead, Manager and nearby staff. Do not use language that could provoke the situation.</w:t>
      </w:r>
    </w:p>
    <w:p w:rsidR="2DDC1AD9" w:rsidP="7D8F49DB" w:rsidRDefault="2DDC1AD9" w14:paraId="1E844D52" w14:textId="29802194">
      <w:pPr>
        <w:pStyle w:val="Normal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Call the Police</w:t>
      </w:r>
    </w:p>
    <w:p w:rsidR="2DDC1AD9" w:rsidP="7D8F49DB" w:rsidRDefault="2DDC1AD9" w14:paraId="0ED778EB" w14:textId="1C17E02B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 xml:space="preserve">Dial </w:t>
      </w:r>
      <w:r w:rsidRPr="7D8F49DB" w:rsidR="2DDC1AD9">
        <w:rPr>
          <w:noProof w:val="0"/>
          <w:sz w:val="22"/>
          <w:szCs w:val="22"/>
          <w:lang w:val="en-US"/>
        </w:rPr>
        <w:t>999</w:t>
      </w:r>
      <w:r w:rsidRPr="7D8F49DB" w:rsidR="2DDC1AD9">
        <w:rPr>
          <w:noProof w:val="0"/>
          <w:sz w:val="22"/>
          <w:szCs w:val="22"/>
          <w:lang w:val="en-US"/>
        </w:rPr>
        <w:t xml:space="preserve"> if a theft is in progress, there is an immediate threat or someone is in danger. Follow the call handler’s instructions.</w:t>
      </w:r>
    </w:p>
    <w:p w:rsidR="2DDC1AD9" w:rsidP="3D696D5E" w:rsidRDefault="2DDC1AD9" w14:paraId="69CF2B70" w14:textId="5F22FD58">
      <w:pPr>
        <w:pStyle w:val="Normal"/>
        <w:rPr>
          <w:noProof w:val="0"/>
          <w:sz w:val="22"/>
          <w:szCs w:val="22"/>
          <w:lang w:val="en-US"/>
        </w:rPr>
      </w:pPr>
      <w:r w:rsidRPr="3D696D5E" w:rsidR="2DDC1AD9">
        <w:rPr>
          <w:noProof w:val="0"/>
          <w:sz w:val="22"/>
          <w:szCs w:val="22"/>
          <w:lang w:val="en-US"/>
        </w:rPr>
        <w:t>For a theft discovered afterwards with no immediate danger, report it t</w:t>
      </w:r>
      <w:r w:rsidRPr="3D696D5E" w:rsidR="130CFCD0">
        <w:rPr>
          <w:noProof w:val="0"/>
          <w:sz w:val="22"/>
          <w:szCs w:val="22"/>
          <w:lang w:val="en-US"/>
        </w:rPr>
        <w:t>o the Lead or Manage</w:t>
      </w:r>
      <w:r w:rsidRPr="3D696D5E" w:rsidR="239A5C78">
        <w:rPr>
          <w:noProof w:val="0"/>
          <w:sz w:val="22"/>
          <w:szCs w:val="22"/>
          <w:lang w:val="en-US"/>
        </w:rPr>
        <w:t>r.</w:t>
      </w:r>
    </w:p>
    <w:p w:rsidR="2DDC1AD9" w:rsidP="7D8F49DB" w:rsidRDefault="2DDC1AD9" w14:paraId="731FD9CC" w14:textId="496BB308">
      <w:pPr>
        <w:pStyle w:val="Normal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Preserve Evidence</w:t>
      </w:r>
    </w:p>
    <w:p w:rsidR="2DDC1AD9" w:rsidP="7D8F49DB" w:rsidRDefault="2DDC1AD9" w14:paraId="021E682C" w14:textId="17E033EE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D8F49DB" w:rsidR="2DDC1AD9">
        <w:rPr>
          <w:noProof w:val="0"/>
          <w:sz w:val="22"/>
          <w:szCs w:val="22"/>
          <w:lang w:val="en-US"/>
        </w:rPr>
        <w:t>Protect the scene and preserve CCTV or other evidence. Do not disturb items unnecessarily.</w:t>
      </w:r>
    </w:p>
    <w:p w:rsidR="2DDC1AD9" w:rsidP="7D8F49DB" w:rsidRDefault="2DDC1AD9" w14:paraId="1D803F6E" w14:textId="2CC6580E">
      <w:pPr>
        <w:pStyle w:val="Normal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D696D5E" w:rsidR="2DDC1AD9">
        <w:rPr>
          <w:noProof w:val="0"/>
          <w:sz w:val="22"/>
          <w:szCs w:val="22"/>
          <w:lang w:val="en-US"/>
        </w:rPr>
        <w:t xml:space="preserve">Report the incident </w:t>
      </w:r>
      <w:r w:rsidRPr="3D696D5E" w:rsidR="2DDC1AD9">
        <w:rPr>
          <w:noProof w:val="0"/>
          <w:sz w:val="22"/>
          <w:szCs w:val="22"/>
          <w:lang w:val="en-US"/>
        </w:rPr>
        <w:t>immediately</w:t>
      </w:r>
      <w:r w:rsidRPr="3D696D5E" w:rsidR="2DDC1AD9">
        <w:rPr>
          <w:noProof w:val="0"/>
          <w:sz w:val="22"/>
          <w:szCs w:val="22"/>
          <w:lang w:val="en-US"/>
        </w:rPr>
        <w:t xml:space="preserve"> to the Lead or Manager</w:t>
      </w:r>
      <w:r w:rsidRPr="3D696D5E" w:rsidR="678259F4">
        <w:rPr>
          <w:noProof w:val="0"/>
          <w:sz w:val="22"/>
          <w:szCs w:val="22"/>
          <w:lang w:val="en-US"/>
        </w:rPr>
        <w:t>.</w:t>
      </w:r>
    </w:p>
    <w:sectPr w:rsidR="00A66521" w:rsidSect="00034616">
      <w:pgSz w:w="12240" w:h="15840" w:orient="portrait"/>
      <w:pgMar w:top="936" w:right="1080" w:bottom="936" w:left="1080" w:header="720" w:footer="720" w:gutter="0"/>
      <w:cols w:space="720"/>
      <w:docGrid w:linePitch="360"/>
      <w:headerReference w:type="default" r:id="R195cbc0a6e914a8b"/>
      <w:footerReference w:type="default" r:id="Re2de4c6a91514f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7D8F49DB" w:rsidTr="7D8F49DB" w14:paraId="4BC01DBC">
      <w:trPr>
        <w:trHeight w:val="300"/>
      </w:trPr>
      <w:tc>
        <w:tcPr>
          <w:tcW w:w="3360" w:type="dxa"/>
          <w:tcMar/>
        </w:tcPr>
        <w:p w:rsidR="7D8F49DB" w:rsidP="7D8F49DB" w:rsidRDefault="7D8F49DB" w14:paraId="2EDD8D64" w14:textId="0585A25C">
          <w:pPr>
            <w:pStyle w:val="Header"/>
            <w:bidi w:val="0"/>
            <w:ind w:left="-115"/>
            <w:jc w:val="left"/>
          </w:pPr>
        </w:p>
      </w:tc>
      <w:tc>
        <w:tcPr>
          <w:tcW w:w="3360" w:type="dxa"/>
          <w:tcMar/>
        </w:tcPr>
        <w:p w:rsidR="7D8F49DB" w:rsidP="7D8F49DB" w:rsidRDefault="7D8F49DB" w14:paraId="25289075" w14:textId="0D1D714A">
          <w:pPr>
            <w:pStyle w:val="Header"/>
            <w:bidi w:val="0"/>
            <w:jc w:val="center"/>
          </w:pPr>
        </w:p>
      </w:tc>
      <w:tc>
        <w:tcPr>
          <w:tcW w:w="3360" w:type="dxa"/>
          <w:tcMar/>
        </w:tcPr>
        <w:p w:rsidR="7D8F49DB" w:rsidP="7D8F49DB" w:rsidRDefault="7D8F49DB" w14:paraId="1D1CA957" w14:textId="52D2A978">
          <w:pPr>
            <w:pStyle w:val="Header"/>
            <w:bidi w:val="0"/>
            <w:ind w:right="-115"/>
            <w:jc w:val="right"/>
          </w:pPr>
        </w:p>
      </w:tc>
    </w:tr>
  </w:tbl>
  <w:p w:rsidR="7D8F49DB" w:rsidP="7D8F49DB" w:rsidRDefault="7D8F49DB" w14:paraId="4FF939AF" w14:textId="07FF7CFE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7D8F49DB" w:rsidTr="7D8F49DB" w14:paraId="44AE8757">
      <w:trPr>
        <w:trHeight w:val="300"/>
      </w:trPr>
      <w:tc>
        <w:tcPr>
          <w:tcW w:w="3360" w:type="dxa"/>
          <w:tcMar/>
        </w:tcPr>
        <w:p w:rsidR="7D8F49DB" w:rsidP="7D8F49DB" w:rsidRDefault="7D8F49DB" w14:paraId="330AE885" w14:textId="42D459EA">
          <w:pPr>
            <w:pStyle w:val="Header"/>
            <w:bidi w:val="0"/>
            <w:ind w:left="-115"/>
            <w:jc w:val="left"/>
          </w:pPr>
        </w:p>
      </w:tc>
      <w:tc>
        <w:tcPr>
          <w:tcW w:w="3360" w:type="dxa"/>
          <w:tcMar/>
        </w:tcPr>
        <w:p w:rsidR="7D8F49DB" w:rsidP="7D8F49DB" w:rsidRDefault="7D8F49DB" w14:paraId="14ADDAF4" w14:textId="15BCAE50">
          <w:pPr>
            <w:pStyle w:val="Header"/>
            <w:bidi w:val="0"/>
            <w:jc w:val="center"/>
          </w:pPr>
        </w:p>
      </w:tc>
      <w:tc>
        <w:tcPr>
          <w:tcW w:w="3360" w:type="dxa"/>
          <w:tcMar/>
        </w:tcPr>
        <w:p w:rsidR="7D8F49DB" w:rsidP="7D8F49DB" w:rsidRDefault="7D8F49DB" w14:paraId="3D9D665E" w14:textId="12ED9AB2">
          <w:pPr>
            <w:pStyle w:val="Header"/>
            <w:bidi w:val="0"/>
            <w:ind w:right="-115"/>
            <w:jc w:val="right"/>
          </w:pPr>
        </w:p>
      </w:tc>
    </w:tr>
  </w:tbl>
  <w:p w:rsidR="7D8F49DB" w:rsidP="7D8F49DB" w:rsidRDefault="7D8F49DB" w14:paraId="174BFEEE" w14:textId="430A4855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textHash int2:hashCode="Ef3SIL+QM8YrDd" int2:id="wc6fRsYe">
      <int2:state int2:type="spell" int2:value="Rejected"/>
    </int2:textHash>
    <int2:textHash int2:hashCode="v6lWSQNVmtMa+w" int2:id="EDz5hAHt">
      <int2:state int2:type="spell" int2:value="Rejected"/>
    </int2:textHash>
    <int2:textHash int2:hashCode="KDCNyHvIfCzbuA" int2:id="VNK5cZOM">
      <int2:state int2:type="spell" int2:value="Rejected"/>
    </int2:textHash>
    <int2:textHash int2:hashCode="5XDRCdvPuC+WfK" int2:id="Kw9E8pdI">
      <int2:state int2:type="spell" int2:value="Rejected"/>
    </int2:textHash>
    <int2:textHash int2:hashCode="0hgNUFi1AqD8N/" int2:id="SEXky6SB">
      <int2:state int2:type="spell" int2:value="Rejected"/>
    </int2:textHash>
    <int2:bookmark int2:bookmarkName="_Int_5oZkrlC5" int2:invalidationBookmarkName="" int2:hashCode="+ZbU0tXJTC+1dH" int2:id="zmQGl3JX">
      <int2:state int2:type="gram" int2:value="Rejected"/>
    </int2:bookmark>
    <int2:bookmark int2:bookmarkName="_Int_GoPCkbLB" int2:invalidationBookmarkName="" int2:hashCode="km7HasT5N+v0wj" int2:id="2wi8FwDK">
      <int2:state int2:type="gram" int2:value="Rejected"/>
    </int2:bookmark>
    <int2:bookmark int2:bookmarkName="_Int_gT5vOAkr" int2:invalidationBookmarkName="" int2:hashCode="q2LtIQdIYTjcbX" int2:id="rhEArbGW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8">
    <w:nsid w:val="288dbb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3f75c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24e03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701af7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2bbc33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54ac66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22e97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c20ec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7c90f3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e7234d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8">
    <w:nsid w:val="343c35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4c627f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38273e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5">
    <w:nsid w:val="63ac97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14f964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793d80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471829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3b4120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67a97c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651b3d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3d72f1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dd7fc9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left"/>
      <w:pPr>
        <w:ind w:left="2160" w:hanging="36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left"/>
      <w:pPr>
        <w:ind w:left="4320" w:hanging="36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left"/>
      <w:pPr>
        <w:ind w:left="6480" w:hanging="360"/>
      </w:pPr>
    </w:lvl>
  </w:abstractNum>
  <w:abstractNum xmlns:w="http://schemas.openxmlformats.org/wordprocessingml/2006/main" w:abstractNumId="16">
    <w:nsid w:val="324153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1b8c75a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left"/>
      <w:pPr>
        <w:ind w:left="2160" w:hanging="36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left"/>
      <w:pPr>
        <w:ind w:left="4320" w:hanging="36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left"/>
      <w:pPr>
        <w:ind w:left="6480" w:hanging="360"/>
      </w:pPr>
    </w:lvl>
  </w:abstractNum>
  <w:abstractNum xmlns:w="http://schemas.openxmlformats.org/wordprocessingml/2006/main" w:abstractNumId="14">
    <w:nsid w:val="29cb18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1cecac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34ffbc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left"/>
      <w:pPr>
        <w:ind w:left="2160" w:hanging="36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left"/>
      <w:pPr>
        <w:ind w:left="4320" w:hanging="36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left"/>
      <w:pPr>
        <w:ind w:left="6480" w:hanging="360"/>
      </w:pPr>
    </w:lvl>
  </w:abstractNum>
  <w:abstractNum xmlns:w="http://schemas.openxmlformats.org/wordprocessingml/2006/main" w:abstractNumId="11">
    <w:nsid w:val="206e7a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0f7e7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d675a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1" w16cid:durableId="1381053231">
    <w:abstractNumId w:val="8"/>
  </w:num>
  <w:num w:numId="2" w16cid:durableId="508761045">
    <w:abstractNumId w:val="6"/>
  </w:num>
  <w:num w:numId="3" w16cid:durableId="1440299696">
    <w:abstractNumId w:val="5"/>
  </w:num>
  <w:num w:numId="4" w16cid:durableId="2114738888">
    <w:abstractNumId w:val="4"/>
  </w:num>
  <w:num w:numId="5" w16cid:durableId="1623534940">
    <w:abstractNumId w:val="7"/>
  </w:num>
  <w:num w:numId="6" w16cid:durableId="1585799147">
    <w:abstractNumId w:val="3"/>
  </w:num>
  <w:num w:numId="7" w16cid:durableId="1666854475">
    <w:abstractNumId w:val="2"/>
  </w:num>
  <w:num w:numId="8" w16cid:durableId="1508522999">
    <w:abstractNumId w:val="1"/>
  </w:num>
  <w:num w:numId="9" w16cid:durableId="1878660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6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688"/>
    <w:rsid w:val="0006063C"/>
    <w:rsid w:val="000A641C"/>
    <w:rsid w:val="000B3685"/>
    <w:rsid w:val="0015074B"/>
    <w:rsid w:val="001B4A65"/>
    <w:rsid w:val="0029639D"/>
    <w:rsid w:val="00317DCC"/>
    <w:rsid w:val="00326F90"/>
    <w:rsid w:val="003A71C8"/>
    <w:rsid w:val="00424D34"/>
    <w:rsid w:val="004D54FE"/>
    <w:rsid w:val="004DE5E7"/>
    <w:rsid w:val="0050015F"/>
    <w:rsid w:val="00517F50"/>
    <w:rsid w:val="005245BC"/>
    <w:rsid w:val="00531499"/>
    <w:rsid w:val="005A5DAD"/>
    <w:rsid w:val="006B5D85"/>
    <w:rsid w:val="00700A12"/>
    <w:rsid w:val="008403C3"/>
    <w:rsid w:val="00842A8C"/>
    <w:rsid w:val="00862EE2"/>
    <w:rsid w:val="008F4189"/>
    <w:rsid w:val="00910EC1"/>
    <w:rsid w:val="009D275B"/>
    <w:rsid w:val="00A64389"/>
    <w:rsid w:val="00A66521"/>
    <w:rsid w:val="00AA1D8D"/>
    <w:rsid w:val="00B15FFB"/>
    <w:rsid w:val="00B47730"/>
    <w:rsid w:val="00B776B2"/>
    <w:rsid w:val="00B93E2E"/>
    <w:rsid w:val="00C278A4"/>
    <w:rsid w:val="00CB0664"/>
    <w:rsid w:val="00D33158"/>
    <w:rsid w:val="00D90AC0"/>
    <w:rsid w:val="00DE05BA"/>
    <w:rsid w:val="00F93B47"/>
    <w:rsid w:val="00FC693F"/>
    <w:rsid w:val="00FF8C91"/>
    <w:rsid w:val="021ABA8B"/>
    <w:rsid w:val="04B0A377"/>
    <w:rsid w:val="055C858C"/>
    <w:rsid w:val="0561F97E"/>
    <w:rsid w:val="07F6AF73"/>
    <w:rsid w:val="080967A1"/>
    <w:rsid w:val="087A175E"/>
    <w:rsid w:val="08A2AA8F"/>
    <w:rsid w:val="09F92D35"/>
    <w:rsid w:val="0A4DDC65"/>
    <w:rsid w:val="0ABF58D9"/>
    <w:rsid w:val="0B5B8F5F"/>
    <w:rsid w:val="0C754648"/>
    <w:rsid w:val="0C7BA77E"/>
    <w:rsid w:val="0CED445B"/>
    <w:rsid w:val="0CF1640B"/>
    <w:rsid w:val="0CF262DE"/>
    <w:rsid w:val="0D8E1312"/>
    <w:rsid w:val="0DC82BA3"/>
    <w:rsid w:val="0E17366B"/>
    <w:rsid w:val="0E864B35"/>
    <w:rsid w:val="0F8FF079"/>
    <w:rsid w:val="10BE7006"/>
    <w:rsid w:val="1103F290"/>
    <w:rsid w:val="110A60D9"/>
    <w:rsid w:val="11F075DA"/>
    <w:rsid w:val="11F0F794"/>
    <w:rsid w:val="128A3EDD"/>
    <w:rsid w:val="130CFCD0"/>
    <w:rsid w:val="13412E9C"/>
    <w:rsid w:val="164308D6"/>
    <w:rsid w:val="16CF42EB"/>
    <w:rsid w:val="17906DA2"/>
    <w:rsid w:val="179EAD33"/>
    <w:rsid w:val="17BC6814"/>
    <w:rsid w:val="17C21D06"/>
    <w:rsid w:val="1853E677"/>
    <w:rsid w:val="185F4933"/>
    <w:rsid w:val="191D2320"/>
    <w:rsid w:val="1A1192E9"/>
    <w:rsid w:val="1A9934C4"/>
    <w:rsid w:val="1AD187E7"/>
    <w:rsid w:val="1C21D255"/>
    <w:rsid w:val="1C2B5DFD"/>
    <w:rsid w:val="1C2DA8E3"/>
    <w:rsid w:val="1D8EF611"/>
    <w:rsid w:val="1E6E7B9D"/>
    <w:rsid w:val="20AFF8AE"/>
    <w:rsid w:val="20B769BE"/>
    <w:rsid w:val="22365269"/>
    <w:rsid w:val="22B0477C"/>
    <w:rsid w:val="2339BD27"/>
    <w:rsid w:val="239A5C78"/>
    <w:rsid w:val="23D80419"/>
    <w:rsid w:val="254ED42E"/>
    <w:rsid w:val="25598336"/>
    <w:rsid w:val="25B7D00A"/>
    <w:rsid w:val="27995CDD"/>
    <w:rsid w:val="2904D513"/>
    <w:rsid w:val="29D95B88"/>
    <w:rsid w:val="2A062ADD"/>
    <w:rsid w:val="2A46752F"/>
    <w:rsid w:val="2B3FE6A7"/>
    <w:rsid w:val="2BA35A2A"/>
    <w:rsid w:val="2DDC1AD9"/>
    <w:rsid w:val="2DF03B3E"/>
    <w:rsid w:val="2E4CCBF5"/>
    <w:rsid w:val="2F18DBF0"/>
    <w:rsid w:val="2F7E5C0D"/>
    <w:rsid w:val="2FABCFF3"/>
    <w:rsid w:val="3001568C"/>
    <w:rsid w:val="307DB0EE"/>
    <w:rsid w:val="323C489C"/>
    <w:rsid w:val="32E5C11A"/>
    <w:rsid w:val="33635CEA"/>
    <w:rsid w:val="33FAB6B8"/>
    <w:rsid w:val="344FA476"/>
    <w:rsid w:val="34B1A460"/>
    <w:rsid w:val="35315B47"/>
    <w:rsid w:val="3638901B"/>
    <w:rsid w:val="36580EC2"/>
    <w:rsid w:val="3670C2F7"/>
    <w:rsid w:val="36A31007"/>
    <w:rsid w:val="375A06F6"/>
    <w:rsid w:val="37879A10"/>
    <w:rsid w:val="38A2E73C"/>
    <w:rsid w:val="391E70DC"/>
    <w:rsid w:val="39D32029"/>
    <w:rsid w:val="3A3CD279"/>
    <w:rsid w:val="3A5B593A"/>
    <w:rsid w:val="3B57B1E2"/>
    <w:rsid w:val="3B8F0293"/>
    <w:rsid w:val="3BB53A49"/>
    <w:rsid w:val="3BEF3ABB"/>
    <w:rsid w:val="3C15289C"/>
    <w:rsid w:val="3D468F92"/>
    <w:rsid w:val="3D696D5E"/>
    <w:rsid w:val="3DE87427"/>
    <w:rsid w:val="40D50645"/>
    <w:rsid w:val="420ABAE7"/>
    <w:rsid w:val="426E86E1"/>
    <w:rsid w:val="43F92402"/>
    <w:rsid w:val="4510ABC2"/>
    <w:rsid w:val="45658E91"/>
    <w:rsid w:val="45DF01F4"/>
    <w:rsid w:val="46BC1F94"/>
    <w:rsid w:val="46CDA84E"/>
    <w:rsid w:val="46FB37D3"/>
    <w:rsid w:val="476E9D00"/>
    <w:rsid w:val="47E9A3AE"/>
    <w:rsid w:val="498C2EEC"/>
    <w:rsid w:val="4AC288C0"/>
    <w:rsid w:val="4B18E4E7"/>
    <w:rsid w:val="4B41265B"/>
    <w:rsid w:val="4B778201"/>
    <w:rsid w:val="4D145DC2"/>
    <w:rsid w:val="4D4C6BB0"/>
    <w:rsid w:val="4D6016F7"/>
    <w:rsid w:val="4D6EBAB7"/>
    <w:rsid w:val="4DE357FB"/>
    <w:rsid w:val="4E12DA63"/>
    <w:rsid w:val="4E860692"/>
    <w:rsid w:val="4F3F5797"/>
    <w:rsid w:val="4F4D662B"/>
    <w:rsid w:val="50D2564D"/>
    <w:rsid w:val="51458803"/>
    <w:rsid w:val="5195EDCC"/>
    <w:rsid w:val="5209B860"/>
    <w:rsid w:val="525B9474"/>
    <w:rsid w:val="52925820"/>
    <w:rsid w:val="54A919FE"/>
    <w:rsid w:val="56923F67"/>
    <w:rsid w:val="569C13B4"/>
    <w:rsid w:val="58CC793A"/>
    <w:rsid w:val="59B1EDD7"/>
    <w:rsid w:val="59B5BC22"/>
    <w:rsid w:val="5B2F9EB2"/>
    <w:rsid w:val="5BB31F28"/>
    <w:rsid w:val="5DC81ADE"/>
    <w:rsid w:val="5DEA6E2A"/>
    <w:rsid w:val="5DEB7F8F"/>
    <w:rsid w:val="5E535250"/>
    <w:rsid w:val="5E6DAED1"/>
    <w:rsid w:val="60EFC89D"/>
    <w:rsid w:val="615C547C"/>
    <w:rsid w:val="616DB09F"/>
    <w:rsid w:val="62298A04"/>
    <w:rsid w:val="626FF6E3"/>
    <w:rsid w:val="6348F9CD"/>
    <w:rsid w:val="643B0CA5"/>
    <w:rsid w:val="64DA3903"/>
    <w:rsid w:val="65E5E8DB"/>
    <w:rsid w:val="6717D009"/>
    <w:rsid w:val="67749619"/>
    <w:rsid w:val="678259F4"/>
    <w:rsid w:val="68BCCA53"/>
    <w:rsid w:val="6943BED5"/>
    <w:rsid w:val="69751CAC"/>
    <w:rsid w:val="6A2140FB"/>
    <w:rsid w:val="6B3B4723"/>
    <w:rsid w:val="6B679CC7"/>
    <w:rsid w:val="6BAD0E2A"/>
    <w:rsid w:val="6C21038D"/>
    <w:rsid w:val="6C74FD59"/>
    <w:rsid w:val="6D25337B"/>
    <w:rsid w:val="6D68D045"/>
    <w:rsid w:val="6DCB7AB7"/>
    <w:rsid w:val="6FEF7DA8"/>
    <w:rsid w:val="6FF8BF4E"/>
    <w:rsid w:val="70234812"/>
    <w:rsid w:val="715C6477"/>
    <w:rsid w:val="71B8C971"/>
    <w:rsid w:val="72537EEF"/>
    <w:rsid w:val="74CEB583"/>
    <w:rsid w:val="7630C56A"/>
    <w:rsid w:val="768CE1C3"/>
    <w:rsid w:val="76C5744B"/>
    <w:rsid w:val="7748C708"/>
    <w:rsid w:val="77C1F6B6"/>
    <w:rsid w:val="7881DE19"/>
    <w:rsid w:val="78F3F880"/>
    <w:rsid w:val="794018CC"/>
    <w:rsid w:val="79417822"/>
    <w:rsid w:val="7985A25D"/>
    <w:rsid w:val="7987E2C9"/>
    <w:rsid w:val="79CF2AA1"/>
    <w:rsid w:val="7C9ED234"/>
    <w:rsid w:val="7D8F49DB"/>
    <w:rsid w:val="7DB2B790"/>
    <w:rsid w:val="7DECB478"/>
    <w:rsid w:val="7E46BB91"/>
    <w:rsid w:val="7F424F05"/>
    <w:rsid w:val="7FC89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9CCEAB"/>
  <w14:defaultImageDpi w14:val="300"/>
  <w15:docId w15:val="{8918A20C-BCEA-4521-AE2C-FD28337BE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36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header" Target="header.xml" Id="R195cbc0a6e914a8b" /><Relationship Type="http://schemas.openxmlformats.org/officeDocument/2006/relationships/footer" Target="footer.xml" Id="Re2de4c6a91514f37" /><Relationship Type="http://schemas.microsoft.com/office/2020/10/relationships/intelligence" Target="intelligence2.xml" Id="Raae6715a3ee8461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Simon Adams</lastModifiedBy>
  <revision>28</revision>
  <dcterms:created xsi:type="dcterms:W3CDTF">2026-09-21T12:49:00.0000000Z</dcterms:created>
  <dcterms:modified xsi:type="dcterms:W3CDTF">2026-10-08T16:58:01.6506141Z</dcterms:modified>
  <category/>
</coreProperties>
</file>